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62C665DB" w:rsidP="2EBDFBAD" w:rsidRDefault="62C665DB" w14:paraId="19999F20" w14:textId="4B3A5990">
      <w:pPr>
        <w:spacing w:before="240" w:beforeAutospacing="off" w:after="240" w:afterAutospacing="off"/>
      </w:pPr>
      <w:r w:rsidRPr="43250E97" w:rsidR="7CFF1728">
        <w:rPr>
          <w:rFonts w:ascii="Cambria" w:hAnsi="Cambria" w:eastAsia="Cambria" w:cs="Cambria"/>
          <w:b w:val="1"/>
          <w:bCs w:val="1"/>
          <w:noProof w:val="0"/>
          <w:sz w:val="22"/>
          <w:szCs w:val="22"/>
          <w:lang w:val="en-US"/>
        </w:rPr>
        <w:t xml:space="preserve">Algemene voorwaarden Kattenoppas Mimi                                   </w:t>
      </w:r>
      <w:r w:rsidRPr="43250E97" w:rsidR="7CFF1728">
        <w:rPr>
          <w:rFonts w:ascii="Cambria" w:hAnsi="Cambria" w:eastAsia="Cambria" w:cs="Cambria"/>
          <w:noProof w:val="0"/>
          <w:sz w:val="22"/>
          <w:szCs w:val="22"/>
          <w:lang w:val="en-US"/>
        </w:rPr>
        <w:t xml:space="preserve">   </w:t>
      </w:r>
    </w:p>
    <w:p w:rsidR="7DDB3245" w:rsidP="43250E97" w:rsidRDefault="7DDB3245" w14:paraId="31FF021B" w14:textId="375C03A4">
      <w:pPr>
        <w:spacing w:before="240" w:beforeAutospacing="off" w:after="240" w:afterAutospacing="off"/>
      </w:pPr>
      <w:r w:rsidRPr="43250E97" w:rsidR="7DDB3245">
        <w:rPr>
          <w:rFonts w:ascii="Cambria" w:hAnsi="Cambria" w:eastAsia="Cambria" w:cs="Cambria"/>
          <w:b w:val="1"/>
          <w:bCs w:val="1"/>
          <w:noProof w:val="0"/>
          <w:sz w:val="22"/>
          <w:szCs w:val="22"/>
          <w:lang w:val="en-US"/>
        </w:rPr>
        <w:t>Artikel 1 Definities</w:t>
      </w:r>
    </w:p>
    <w:p w:rsidR="7DDB3245" w:rsidP="43250E97" w:rsidRDefault="7DDB3245" w14:paraId="4C8D5812" w14:textId="4317B173">
      <w:pPr>
        <w:spacing w:before="240" w:beforeAutospacing="off" w:after="240" w:afterAutospacing="off"/>
      </w:pPr>
      <w:r w:rsidRPr="43250E97" w:rsidR="7DDB3245">
        <w:rPr>
          <w:rFonts w:ascii="Cambria" w:hAnsi="Cambria" w:eastAsia="Cambria" w:cs="Cambria"/>
          <w:b w:val="1"/>
          <w:bCs w:val="1"/>
          <w:noProof w:val="0"/>
          <w:sz w:val="22"/>
          <w:szCs w:val="22"/>
          <w:lang w:val="en-US"/>
        </w:rPr>
        <w:t>1.1 Opdrachtnemer:</w:t>
      </w:r>
      <w:r w:rsidRPr="43250E97" w:rsidR="7DDB3245">
        <w:rPr>
          <w:rFonts w:ascii="Cambria" w:hAnsi="Cambria" w:eastAsia="Cambria" w:cs="Cambria"/>
          <w:noProof w:val="0"/>
          <w:sz w:val="22"/>
          <w:szCs w:val="22"/>
          <w:lang w:val="en-US"/>
        </w:rPr>
        <w:t xml:space="preserve"> Kattenoppas Mimi.</w:t>
      </w:r>
    </w:p>
    <w:p w:rsidR="7DDB3245" w:rsidP="43250E97" w:rsidRDefault="7DDB3245" w14:paraId="46228AED" w14:textId="426CF648">
      <w:pPr>
        <w:spacing w:before="240" w:beforeAutospacing="off" w:after="240" w:afterAutospacing="off"/>
      </w:pPr>
      <w:r w:rsidRPr="43250E97" w:rsidR="7DDB3245">
        <w:rPr>
          <w:rFonts w:ascii="Cambria" w:hAnsi="Cambria" w:eastAsia="Cambria" w:cs="Cambria"/>
          <w:b w:val="1"/>
          <w:bCs w:val="1"/>
          <w:noProof w:val="0"/>
          <w:sz w:val="22"/>
          <w:szCs w:val="22"/>
          <w:lang w:val="en-US"/>
        </w:rPr>
        <w:t>1.2 Opdrachtgever:</w:t>
      </w:r>
      <w:r w:rsidRPr="43250E97" w:rsidR="7DDB3245">
        <w:rPr>
          <w:rFonts w:ascii="Cambria" w:hAnsi="Cambria" w:eastAsia="Cambria" w:cs="Cambria"/>
          <w:noProof w:val="0"/>
          <w:sz w:val="22"/>
          <w:szCs w:val="22"/>
          <w:lang w:val="en-US"/>
        </w:rPr>
        <w:t xml:space="preserve"> de eigenaar van de te verzorgen dieren.</w:t>
      </w:r>
    </w:p>
    <w:p w:rsidR="7DDB3245" w:rsidP="43250E97" w:rsidRDefault="7DDB3245" w14:paraId="14520692" w14:textId="4BBA1FCE">
      <w:pPr>
        <w:spacing w:before="240" w:beforeAutospacing="off" w:after="240" w:afterAutospacing="off"/>
      </w:pPr>
      <w:r w:rsidRPr="43250E97" w:rsidR="7DDB3245">
        <w:rPr>
          <w:rFonts w:ascii="Cambria" w:hAnsi="Cambria" w:eastAsia="Cambria" w:cs="Cambria"/>
          <w:b w:val="1"/>
          <w:bCs w:val="1"/>
          <w:noProof w:val="0"/>
          <w:sz w:val="22"/>
          <w:szCs w:val="22"/>
          <w:lang w:val="en-US"/>
        </w:rPr>
        <w:t>1.3 Oppasovereenkomst:</w:t>
      </w:r>
      <w:r w:rsidRPr="43250E97" w:rsidR="7DDB3245">
        <w:rPr>
          <w:rFonts w:ascii="Cambria" w:hAnsi="Cambria" w:eastAsia="Cambria" w:cs="Cambria"/>
          <w:noProof w:val="0"/>
          <w:sz w:val="22"/>
          <w:szCs w:val="22"/>
          <w:lang w:val="en-US"/>
        </w:rPr>
        <w:t xml:space="preserve"> de schriftelijke of digitale overeenkomst waarin de tussen opdrachtgever en opdrachtnemer gemaakte afspraken met betrekking tot de verzorging van de dieren gedurende de overeengekomen verzorgingsperiode zijn vastgelegd.</w:t>
      </w:r>
    </w:p>
    <w:p w:rsidR="7DDB3245" w:rsidP="43250E97" w:rsidRDefault="7DDB3245" w14:paraId="2270CF58" w14:textId="3A8CF32F">
      <w:pPr>
        <w:spacing w:before="240" w:beforeAutospacing="off" w:after="240" w:afterAutospacing="off"/>
      </w:pPr>
      <w:r w:rsidRPr="43250E97" w:rsidR="7DDB3245">
        <w:rPr>
          <w:rFonts w:ascii="Cambria" w:hAnsi="Cambria" w:eastAsia="Cambria" w:cs="Cambria"/>
          <w:b w:val="1"/>
          <w:bCs w:val="1"/>
          <w:noProof w:val="0"/>
          <w:sz w:val="22"/>
          <w:szCs w:val="22"/>
          <w:lang w:val="en-US"/>
        </w:rPr>
        <w:t>1.4 De te verzorgen dieren:</w:t>
      </w:r>
      <w:r w:rsidRPr="43250E97" w:rsidR="7DDB3245">
        <w:rPr>
          <w:rFonts w:ascii="Cambria" w:hAnsi="Cambria" w:eastAsia="Cambria" w:cs="Cambria"/>
          <w:noProof w:val="0"/>
          <w:sz w:val="22"/>
          <w:szCs w:val="22"/>
          <w:lang w:val="en-US"/>
        </w:rPr>
        <w:t xml:space="preserve"> de dieren waarvoor de opdrachtnemer in opdracht van de opdrachtgever zorg draagt.</w:t>
      </w:r>
    </w:p>
    <w:p w:rsidR="6A69DEF2" w:rsidP="43250E97" w:rsidRDefault="6A69DEF2" w14:paraId="3D40233B" w14:textId="227822DB">
      <w:pPr>
        <w:spacing w:before="240" w:beforeAutospacing="off" w:after="240" w:afterAutospacing="off"/>
      </w:pPr>
      <w:r w:rsidRPr="43250E97" w:rsidR="6A69DEF2">
        <w:rPr>
          <w:rFonts w:ascii="Cambria" w:hAnsi="Cambria" w:eastAsia="Cambria" w:cs="Cambria"/>
          <w:b w:val="1"/>
          <w:bCs w:val="1"/>
          <w:noProof w:val="0"/>
          <w:sz w:val="22"/>
          <w:szCs w:val="22"/>
          <w:lang w:val="en-US"/>
        </w:rPr>
        <w:t>Artikel 2 Algemeen</w:t>
      </w:r>
    </w:p>
    <w:p w:rsidR="6A69DEF2" w:rsidP="43250E97" w:rsidRDefault="6A69DEF2" w14:paraId="12CDB376" w14:textId="71DDF056">
      <w:pPr>
        <w:spacing w:before="240" w:beforeAutospacing="off" w:after="240" w:afterAutospacing="off"/>
      </w:pPr>
      <w:r w:rsidRPr="43250E97" w:rsidR="6A69DEF2">
        <w:rPr>
          <w:rFonts w:ascii="Cambria" w:hAnsi="Cambria" w:eastAsia="Cambria" w:cs="Cambria"/>
          <w:b w:val="1"/>
          <w:bCs w:val="1"/>
          <w:noProof w:val="0"/>
          <w:sz w:val="22"/>
          <w:szCs w:val="22"/>
          <w:lang w:val="en-US"/>
        </w:rPr>
        <w:t>2.1</w:t>
      </w:r>
      <w:r w:rsidRPr="43250E97" w:rsidR="6A69DEF2">
        <w:rPr>
          <w:rFonts w:ascii="Cambria" w:hAnsi="Cambria" w:eastAsia="Cambria" w:cs="Cambria"/>
          <w:noProof w:val="0"/>
          <w:sz w:val="22"/>
          <w:szCs w:val="22"/>
          <w:lang w:val="en-US"/>
        </w:rPr>
        <w:t xml:space="preserve"> Op iedere oppasovereenkomst zijn deze Algemene Voorwaarden van toepassing. Alleen wanneer Kattenoppas Mimi vooraf schriftelijk met een afwijkende afspraak heeft ingestemd, kan van een bepaling in deze Algemene Voorwaarden worden afgeweken. Een dergelijke afwijking geldt alleen voor de betreffende bepaling en laat de overige bepalingen van deze Algemene Voorwaarden ongewijzigd.</w:t>
      </w:r>
    </w:p>
    <w:p w:rsidR="6A69DEF2" w:rsidP="43250E97" w:rsidRDefault="6A69DEF2" w14:paraId="40E6877F" w14:textId="6600C625">
      <w:pPr>
        <w:spacing w:before="240" w:beforeAutospacing="off" w:after="240" w:afterAutospacing="off"/>
      </w:pPr>
      <w:r w:rsidRPr="43250E97" w:rsidR="6A69DEF2">
        <w:rPr>
          <w:rFonts w:ascii="Cambria" w:hAnsi="Cambria" w:eastAsia="Cambria" w:cs="Cambria"/>
          <w:b w:val="1"/>
          <w:bCs w:val="1"/>
          <w:noProof w:val="0"/>
          <w:sz w:val="22"/>
          <w:szCs w:val="22"/>
          <w:lang w:val="en-US"/>
        </w:rPr>
        <w:t>2.2</w:t>
      </w:r>
      <w:r w:rsidRPr="43250E97" w:rsidR="6A69DEF2">
        <w:rPr>
          <w:rFonts w:ascii="Cambria" w:hAnsi="Cambria" w:eastAsia="Cambria" w:cs="Cambria"/>
          <w:noProof w:val="0"/>
          <w:sz w:val="22"/>
          <w:szCs w:val="22"/>
          <w:lang w:val="en-US"/>
        </w:rPr>
        <w:t xml:space="preserve"> Kattenoppas Mimi behoudt zich het recht voor de Algemene Voorwaarden, de website en de tarieven te wijzigen. Wijzigingen van de Algemene Voorwaarden en tarieven gelden voor nieuwe overeenkomsten die na de ingangsdatum van de wijziging worden aangegaan. Op reeds gesloten overeenkomsten blijven de Algemene Voorwaarden en tarieven van toepassing die golden op het moment waarop de overeenkomst werd aangegaan.</w:t>
      </w:r>
    </w:p>
    <w:p w:rsidR="6A69DEF2" w:rsidP="43250E97" w:rsidRDefault="6A69DEF2" w14:paraId="46682E4D" w14:textId="24283261">
      <w:pPr>
        <w:spacing w:before="240" w:beforeAutospacing="off" w:after="240" w:afterAutospacing="off"/>
      </w:pPr>
      <w:r w:rsidRPr="43250E97" w:rsidR="6A69DEF2">
        <w:rPr>
          <w:rFonts w:ascii="Cambria" w:hAnsi="Cambria" w:eastAsia="Cambria" w:cs="Cambria"/>
          <w:b w:val="1"/>
          <w:bCs w:val="1"/>
          <w:noProof w:val="0"/>
          <w:sz w:val="22"/>
          <w:szCs w:val="22"/>
          <w:lang w:val="en-US"/>
        </w:rPr>
        <w:t>2.3</w:t>
      </w:r>
      <w:r w:rsidRPr="43250E97" w:rsidR="6A69DEF2">
        <w:rPr>
          <w:rFonts w:ascii="Cambria" w:hAnsi="Cambria" w:eastAsia="Cambria" w:cs="Cambria"/>
          <w:noProof w:val="0"/>
          <w:sz w:val="22"/>
          <w:szCs w:val="22"/>
          <w:lang w:val="en-US"/>
        </w:rPr>
        <w:t xml:space="preserve"> Het werkgebied van Kattenoppas Mimi omvat Hellevoetsluis, met een maximale reisafstand van 10 km vanaf het adres van de opdrachtnemer.</w:t>
      </w:r>
    </w:p>
    <w:p w:rsidR="43250E97" w:rsidP="43250E97" w:rsidRDefault="43250E97" w14:paraId="544C72AE" w14:textId="7047B5AD">
      <w:pPr>
        <w:spacing w:before="240" w:beforeAutospacing="off" w:after="240" w:afterAutospacing="off"/>
        <w:rPr>
          <w:rFonts w:ascii="Cambria" w:hAnsi="Cambria" w:eastAsia="Cambria" w:cs="Cambria"/>
          <w:noProof w:val="0"/>
          <w:sz w:val="22"/>
          <w:szCs w:val="22"/>
          <w:lang w:val="en-US"/>
        </w:rPr>
      </w:pPr>
    </w:p>
    <w:p w:rsidR="46A2E110" w:rsidP="43250E97" w:rsidRDefault="46A2E110" w14:paraId="3DDAB503" w14:textId="4BBAB0D5">
      <w:pPr>
        <w:spacing w:before="240" w:beforeAutospacing="off" w:after="240" w:afterAutospacing="off"/>
      </w:pPr>
      <w:r w:rsidRPr="43250E97" w:rsidR="46A2E110">
        <w:rPr>
          <w:rFonts w:ascii="Cambria" w:hAnsi="Cambria" w:eastAsia="Cambria" w:cs="Cambria"/>
          <w:b w:val="1"/>
          <w:bCs w:val="1"/>
          <w:noProof w:val="0"/>
          <w:sz w:val="22"/>
          <w:szCs w:val="22"/>
          <w:lang w:val="en-US"/>
        </w:rPr>
        <w:t>Artikel 3 Rechten en plichten van de opdrachtgever</w:t>
      </w:r>
    </w:p>
    <w:p w:rsidR="46A2E110" w:rsidP="43250E97" w:rsidRDefault="46A2E110" w14:paraId="4D251C25" w14:textId="3850FF9F">
      <w:pPr>
        <w:spacing w:before="240" w:beforeAutospacing="off" w:after="240" w:afterAutospacing="off"/>
      </w:pPr>
      <w:r w:rsidRPr="43250E97" w:rsidR="46A2E110">
        <w:rPr>
          <w:rFonts w:ascii="Cambria" w:hAnsi="Cambria" w:eastAsia="Cambria" w:cs="Cambria"/>
          <w:b w:val="1"/>
          <w:bCs w:val="1"/>
          <w:noProof w:val="0"/>
          <w:sz w:val="22"/>
          <w:szCs w:val="22"/>
          <w:lang w:val="en-US"/>
        </w:rPr>
        <w:t>3.1</w:t>
      </w:r>
      <w:r w:rsidRPr="43250E97" w:rsidR="46A2E110">
        <w:rPr>
          <w:rFonts w:ascii="Cambria" w:hAnsi="Cambria" w:eastAsia="Cambria" w:cs="Cambria"/>
          <w:noProof w:val="0"/>
          <w:sz w:val="22"/>
          <w:szCs w:val="22"/>
          <w:lang w:val="en-US"/>
        </w:rPr>
        <w:t xml:space="preserve"> De opdrachtgever verklaart alle benodigde gegevens naar waarheid te verstrekken of in te vullen.</w:t>
      </w:r>
    </w:p>
    <w:p w:rsidR="46A2E110" w:rsidP="43250E97" w:rsidRDefault="46A2E110" w14:paraId="0B01AF19" w14:textId="544F1496">
      <w:pPr>
        <w:spacing w:before="240" w:beforeAutospacing="off" w:after="240" w:afterAutospacing="off"/>
      </w:pPr>
      <w:r w:rsidRPr="43250E97" w:rsidR="46A2E110">
        <w:rPr>
          <w:rFonts w:ascii="Cambria" w:hAnsi="Cambria" w:eastAsia="Cambria" w:cs="Cambria"/>
          <w:b w:val="1"/>
          <w:bCs w:val="1"/>
          <w:noProof w:val="0"/>
          <w:sz w:val="22"/>
          <w:szCs w:val="22"/>
          <w:lang w:val="en-US"/>
        </w:rPr>
        <w:t>3.2</w:t>
      </w:r>
      <w:r w:rsidRPr="43250E97" w:rsidR="46A2E110">
        <w:rPr>
          <w:rFonts w:ascii="Cambria" w:hAnsi="Cambria" w:eastAsia="Cambria" w:cs="Cambria"/>
          <w:noProof w:val="0"/>
          <w:sz w:val="22"/>
          <w:szCs w:val="22"/>
          <w:lang w:val="en-US"/>
        </w:rPr>
        <w:t xml:space="preserve"> De opdrachtgever is verantwoordelijk voor schade die ontstaat als gevolg van het niet, niet volledig of onjuist verstrekken van noodzakelijke informatie.</w:t>
      </w:r>
    </w:p>
    <w:p w:rsidR="46A2E110" w:rsidP="43250E97" w:rsidRDefault="46A2E110" w14:paraId="6919FBA6" w14:textId="6BD6EB4D">
      <w:pPr>
        <w:spacing w:before="240" w:beforeAutospacing="off" w:after="240" w:afterAutospacing="off"/>
      </w:pPr>
      <w:r w:rsidRPr="43250E97" w:rsidR="46A2E110">
        <w:rPr>
          <w:rFonts w:ascii="Cambria" w:hAnsi="Cambria" w:eastAsia="Cambria" w:cs="Cambria"/>
          <w:b w:val="1"/>
          <w:bCs w:val="1"/>
          <w:noProof w:val="0"/>
          <w:sz w:val="22"/>
          <w:szCs w:val="22"/>
          <w:lang w:val="en-US"/>
        </w:rPr>
        <w:t>3.3</w:t>
      </w:r>
      <w:r w:rsidRPr="43250E97" w:rsidR="46A2E110">
        <w:rPr>
          <w:rFonts w:ascii="Cambria" w:hAnsi="Cambria" w:eastAsia="Cambria" w:cs="Cambria"/>
          <w:noProof w:val="0"/>
          <w:sz w:val="22"/>
          <w:szCs w:val="22"/>
          <w:lang w:val="en-US"/>
        </w:rPr>
        <w:t xml:space="preserve"> De opdrachtgever zorgt voor voldoende kattenbakvulling, voeding en, indien van toepassing, medicijnen. Eventuele extra kosten die ontstaan doordat deze zaken niet of onvoldoende aanwezig zijn, worden aan de opdrachtgever doorberekend.</w:t>
      </w:r>
    </w:p>
    <w:p w:rsidR="46A2E110" w:rsidP="43250E97" w:rsidRDefault="46A2E110" w14:paraId="0276351A" w14:textId="746A79DF">
      <w:pPr>
        <w:spacing w:before="240" w:beforeAutospacing="off" w:after="240" w:afterAutospacing="off"/>
      </w:pPr>
      <w:r w:rsidRPr="43250E97" w:rsidR="46A2E110">
        <w:rPr>
          <w:rFonts w:ascii="Cambria" w:hAnsi="Cambria" w:eastAsia="Cambria" w:cs="Cambria"/>
          <w:b w:val="1"/>
          <w:bCs w:val="1"/>
          <w:noProof w:val="0"/>
          <w:sz w:val="22"/>
          <w:szCs w:val="22"/>
          <w:lang w:val="en-US"/>
        </w:rPr>
        <w:t>3.4</w:t>
      </w:r>
      <w:r w:rsidRPr="43250E97" w:rsidR="46A2E110">
        <w:rPr>
          <w:rFonts w:ascii="Cambria" w:hAnsi="Cambria" w:eastAsia="Cambria" w:cs="Cambria"/>
          <w:noProof w:val="0"/>
          <w:sz w:val="22"/>
          <w:szCs w:val="22"/>
          <w:lang w:val="en-US"/>
        </w:rPr>
        <w:t xml:space="preserve"> De opdrachtgever zorgt ervoor dat in geval van ziekte van een huisdier een reismandje en het dierenpaspoort aanwezig zijn.</w:t>
      </w:r>
    </w:p>
    <w:p w:rsidR="46A2E110" w:rsidP="43250E97" w:rsidRDefault="46A2E110" w14:paraId="55201B46" w14:textId="459E1466">
      <w:pPr>
        <w:spacing w:before="240" w:beforeAutospacing="off" w:after="240" w:afterAutospacing="off"/>
      </w:pPr>
      <w:r w:rsidRPr="43250E97" w:rsidR="46A2E110">
        <w:rPr>
          <w:rFonts w:ascii="Cambria" w:hAnsi="Cambria" w:eastAsia="Cambria" w:cs="Cambria"/>
          <w:b w:val="1"/>
          <w:bCs w:val="1"/>
          <w:noProof w:val="0"/>
          <w:sz w:val="22"/>
          <w:szCs w:val="22"/>
          <w:lang w:val="en-US"/>
        </w:rPr>
        <w:t>3.5</w:t>
      </w:r>
      <w:r w:rsidRPr="43250E97" w:rsidR="46A2E110">
        <w:rPr>
          <w:rFonts w:ascii="Cambria" w:hAnsi="Cambria" w:eastAsia="Cambria" w:cs="Cambria"/>
          <w:noProof w:val="0"/>
          <w:sz w:val="22"/>
          <w:szCs w:val="22"/>
          <w:lang w:val="en-US"/>
        </w:rPr>
        <w:t xml:space="preserve"> De te verzorgen dieren mogen geen besmettingsgevaar opleveren voor andere dieren die door Kattenoppas Mimi worden verzorgd. De dieren dienen daarom ontwormd, ontvlooid en ingeënt te zijn. Kattenoppas Mimi is niet verantwoordelijk voor gevolgen die voortvloeien uit het niet naleven hiervan door de opdrachtgever.</w:t>
      </w:r>
    </w:p>
    <w:p w:rsidR="46A2E110" w:rsidP="43250E97" w:rsidRDefault="46A2E110" w14:paraId="4D63F1B8" w14:textId="68794B14">
      <w:pPr>
        <w:spacing w:before="240" w:beforeAutospacing="off" w:after="240" w:afterAutospacing="off"/>
      </w:pPr>
      <w:r w:rsidRPr="43250E97" w:rsidR="46A2E110">
        <w:rPr>
          <w:rFonts w:ascii="Cambria" w:hAnsi="Cambria" w:eastAsia="Cambria" w:cs="Cambria"/>
          <w:b w:val="1"/>
          <w:bCs w:val="1"/>
          <w:noProof w:val="0"/>
          <w:sz w:val="22"/>
          <w:szCs w:val="22"/>
          <w:lang w:val="en-US"/>
        </w:rPr>
        <w:t>3.6</w:t>
      </w:r>
      <w:r w:rsidRPr="43250E97" w:rsidR="46A2E110">
        <w:rPr>
          <w:rFonts w:ascii="Cambria" w:hAnsi="Cambria" w:eastAsia="Cambria" w:cs="Cambria"/>
          <w:noProof w:val="0"/>
          <w:sz w:val="22"/>
          <w:szCs w:val="22"/>
          <w:lang w:val="en-US"/>
        </w:rPr>
        <w:t xml:space="preserve"> Katten die naar buiten mogen, dienen te zijn voorzien van een chip.</w:t>
      </w:r>
    </w:p>
    <w:p w:rsidR="46A2E110" w:rsidP="43250E97" w:rsidRDefault="46A2E110" w14:paraId="19F6E22C" w14:textId="042C7D1F">
      <w:pPr>
        <w:spacing w:before="240" w:beforeAutospacing="off" w:after="240" w:afterAutospacing="off"/>
      </w:pPr>
      <w:r w:rsidRPr="43250E97" w:rsidR="46A2E110">
        <w:rPr>
          <w:rFonts w:ascii="Cambria" w:hAnsi="Cambria" w:eastAsia="Cambria" w:cs="Cambria"/>
          <w:b w:val="1"/>
          <w:bCs w:val="1"/>
          <w:noProof w:val="0"/>
          <w:sz w:val="22"/>
          <w:szCs w:val="22"/>
          <w:lang w:val="en-US"/>
        </w:rPr>
        <w:t>3.7</w:t>
      </w:r>
      <w:r w:rsidRPr="43250E97" w:rsidR="46A2E110">
        <w:rPr>
          <w:rFonts w:ascii="Cambria" w:hAnsi="Cambria" w:eastAsia="Cambria" w:cs="Cambria"/>
          <w:noProof w:val="0"/>
          <w:sz w:val="22"/>
          <w:szCs w:val="22"/>
          <w:lang w:val="en-US"/>
        </w:rPr>
        <w:t xml:space="preserve"> Het einde van de verzorgingsperiode is pas definitief wanneer de opdrachtgever de thuiskomst via WhatsApp aan Kattenoppas Mimi heeft doorgegeven. Wanneer de opdrachtgever geen bericht geeft, wordt de verzorging voortgezet. De hieruit voortvloeiende extra kosten worden aan de opdrachtgever doorberekend.</w:t>
      </w:r>
    </w:p>
    <w:p w:rsidR="46A2E110" w:rsidP="43250E97" w:rsidRDefault="46A2E110" w14:paraId="5F72182C" w14:textId="2E717842">
      <w:pPr>
        <w:spacing w:before="240" w:beforeAutospacing="off" w:after="240" w:afterAutospacing="off"/>
      </w:pPr>
      <w:r w:rsidRPr="43250E97" w:rsidR="46A2E110">
        <w:rPr>
          <w:rFonts w:ascii="Cambria" w:hAnsi="Cambria" w:eastAsia="Cambria" w:cs="Cambria"/>
          <w:b w:val="1"/>
          <w:bCs w:val="1"/>
          <w:noProof w:val="0"/>
          <w:sz w:val="22"/>
          <w:szCs w:val="22"/>
          <w:lang w:val="en-US"/>
        </w:rPr>
        <w:t>3.8</w:t>
      </w:r>
      <w:r w:rsidRPr="43250E97" w:rsidR="46A2E110">
        <w:rPr>
          <w:rFonts w:ascii="Cambria" w:hAnsi="Cambria" w:eastAsia="Cambria" w:cs="Cambria"/>
          <w:noProof w:val="0"/>
          <w:sz w:val="22"/>
          <w:szCs w:val="22"/>
          <w:lang w:val="en-US"/>
        </w:rPr>
        <w:t xml:space="preserve"> De opdrachtgever zorgt ervoor dat Kattenoppas Mimi weet wie in het bezit is van een reservesleutel. Dit is van belang in geval van verlies van de sleutel door Kattenoppas Mimi.</w:t>
      </w:r>
    </w:p>
    <w:p w:rsidR="46A2E110" w:rsidP="43250E97" w:rsidRDefault="46A2E110" w14:paraId="7B2FB92E" w14:textId="09258EB2">
      <w:pPr>
        <w:spacing w:before="240" w:beforeAutospacing="off" w:after="240" w:afterAutospacing="off"/>
      </w:pPr>
      <w:r w:rsidRPr="43250E97" w:rsidR="46A2E110">
        <w:rPr>
          <w:rFonts w:ascii="Cambria" w:hAnsi="Cambria" w:eastAsia="Cambria" w:cs="Cambria"/>
          <w:b w:val="1"/>
          <w:bCs w:val="1"/>
          <w:noProof w:val="0"/>
          <w:sz w:val="22"/>
          <w:szCs w:val="22"/>
          <w:lang w:val="en-US"/>
        </w:rPr>
        <w:t>3.9</w:t>
      </w:r>
      <w:r w:rsidRPr="43250E97" w:rsidR="46A2E110">
        <w:rPr>
          <w:rFonts w:ascii="Cambria" w:hAnsi="Cambria" w:eastAsia="Cambria" w:cs="Cambria"/>
          <w:noProof w:val="0"/>
          <w:sz w:val="22"/>
          <w:szCs w:val="22"/>
          <w:lang w:val="en-US"/>
        </w:rPr>
        <w:t xml:space="preserve"> Bij een eerste boeking dient de oppasovereenkomst vóór aanvang van de oppasperiode door de opdrachtgever te worden ondertekend. Bij vervolgboekingen wordt de overeenkomst digitaal verstrekt. Voor deze vervolgboekingen is ondertekening niet nodig; de wijze waarop de opdrachtgever door betaling akkoord gaat met de overeenkomst en deze Algemene Voorwaarden is vastgelegd in artikel 8.</w:t>
      </w:r>
    </w:p>
    <w:p w:rsidR="46A2E110" w:rsidP="43250E97" w:rsidRDefault="46A2E110" w14:paraId="70FA9BAD" w14:textId="78A3133A">
      <w:pPr>
        <w:spacing w:before="240" w:beforeAutospacing="off" w:after="240" w:afterAutospacing="off"/>
      </w:pPr>
      <w:r w:rsidRPr="43250E97" w:rsidR="46A2E110">
        <w:rPr>
          <w:rFonts w:ascii="Cambria" w:hAnsi="Cambria" w:eastAsia="Cambria" w:cs="Cambria"/>
          <w:b w:val="1"/>
          <w:bCs w:val="1"/>
          <w:noProof w:val="0"/>
          <w:sz w:val="22"/>
          <w:szCs w:val="22"/>
          <w:lang w:val="en-US"/>
        </w:rPr>
        <w:t>3.10</w:t>
      </w:r>
      <w:r w:rsidRPr="43250E97" w:rsidR="46A2E110">
        <w:rPr>
          <w:rFonts w:ascii="Cambria" w:hAnsi="Cambria" w:eastAsia="Cambria" w:cs="Cambria"/>
          <w:noProof w:val="0"/>
          <w:sz w:val="22"/>
          <w:szCs w:val="22"/>
          <w:lang w:val="en-US"/>
        </w:rPr>
        <w:t xml:space="preserve"> De verzorging van de dieren ligt gedurende de volledige oppasperiode bij Kattenoppas Mimi. De opdrachtgever is vrij om anderen in de woning aanwezig te laten zijn, maar derden dienen zich gedurende de oppasperiode niet met de verzorging van de dieren te bemoeien of deze geheel of gedeeltelijk over te nemen.</w:t>
      </w:r>
    </w:p>
    <w:p w:rsidR="46A2E110" w:rsidP="43250E97" w:rsidRDefault="46A2E110" w14:paraId="1163213E" w14:textId="352E36B8">
      <w:pPr>
        <w:spacing w:before="240" w:beforeAutospacing="off" w:after="240" w:afterAutospacing="off"/>
      </w:pPr>
      <w:r w:rsidRPr="43250E97" w:rsidR="46A2E110">
        <w:rPr>
          <w:rFonts w:ascii="Cambria" w:hAnsi="Cambria" w:eastAsia="Cambria" w:cs="Cambria"/>
          <w:noProof w:val="0"/>
          <w:sz w:val="22"/>
          <w:szCs w:val="22"/>
          <w:lang w:val="en-US"/>
        </w:rPr>
        <w:t>Het samen uitvoeren of afwisselen van de verzorging past niet binnen de werkwijze van Kattenoppas Mimi. Indien tijdens de oppasperiode blijkt dat een derde zich toch met de verzorging van de dieren bezighoudt of deze overneemt, kan Kattenoppas Mimi de verzorging per direct beëindigen. De opdrachtgever wordt hiervan op de hoogte gesteld.</w:t>
      </w:r>
    </w:p>
    <w:p w:rsidR="46A2E110" w:rsidP="43250E97" w:rsidRDefault="46A2E110" w14:paraId="7DE2F73C" w14:textId="54D8D1FE">
      <w:pPr>
        <w:spacing w:before="240" w:beforeAutospacing="off" w:after="240" w:afterAutospacing="off"/>
      </w:pPr>
      <w:r w:rsidRPr="43250E97" w:rsidR="46A2E110">
        <w:rPr>
          <w:rFonts w:ascii="Cambria" w:hAnsi="Cambria" w:eastAsia="Cambria" w:cs="Cambria"/>
          <w:noProof w:val="0"/>
          <w:sz w:val="22"/>
          <w:szCs w:val="22"/>
          <w:lang w:val="en-US"/>
        </w:rPr>
        <w:t>Bij beëindiging op grond van dit artikel vindt geen restitutie plaats. Vanaf het moment van beëindiging is Kattenoppas Mimi niet verantwoordelijk voor de verdere verzorging van de dieren.</w:t>
      </w:r>
    </w:p>
    <w:p w:rsidR="46A2E110" w:rsidP="43250E97" w:rsidRDefault="46A2E110" w14:paraId="7CE993C8" w14:textId="266EB3DB">
      <w:pPr>
        <w:spacing w:before="240" w:beforeAutospacing="off" w:after="240" w:afterAutospacing="off"/>
      </w:pPr>
      <w:r w:rsidRPr="43250E97" w:rsidR="46A2E110">
        <w:rPr>
          <w:rFonts w:ascii="Cambria" w:hAnsi="Cambria" w:eastAsia="Cambria" w:cs="Cambria"/>
          <w:b w:val="1"/>
          <w:bCs w:val="1"/>
          <w:noProof w:val="0"/>
          <w:sz w:val="22"/>
          <w:szCs w:val="22"/>
          <w:lang w:val="en-US"/>
        </w:rPr>
        <w:t>3.11</w:t>
      </w:r>
      <w:r w:rsidRPr="43250E97" w:rsidR="46A2E110">
        <w:rPr>
          <w:rFonts w:ascii="Cambria" w:hAnsi="Cambria" w:eastAsia="Cambria" w:cs="Cambria"/>
          <w:noProof w:val="0"/>
          <w:sz w:val="22"/>
          <w:szCs w:val="22"/>
          <w:lang w:val="en-US"/>
        </w:rPr>
        <w:t xml:space="preserve"> De opdrachtgever stelt Kattenoppas Mimi vooraf op de hoogte van eventueel aanwezige beveiligingscamera's in de woning. Kattenoppas Mimi wenst tijdens de oppasperiode liever niet te worden gefilmd.</w:t>
      </w:r>
    </w:p>
    <w:p w:rsidR="46A2E110" w:rsidP="43250E97" w:rsidRDefault="46A2E110" w14:paraId="435A7492" w14:textId="5ECF27AC">
      <w:pPr>
        <w:spacing w:before="240" w:beforeAutospacing="off" w:after="240" w:afterAutospacing="off"/>
      </w:pPr>
      <w:r w:rsidRPr="43250E97" w:rsidR="46A2E110">
        <w:rPr>
          <w:rFonts w:ascii="Cambria" w:hAnsi="Cambria" w:eastAsia="Cambria" w:cs="Cambria"/>
          <w:noProof w:val="0"/>
          <w:sz w:val="22"/>
          <w:szCs w:val="22"/>
          <w:lang w:val="en-US"/>
        </w:rPr>
        <w:t>Eventuele</w:t>
      </w:r>
      <w:r w:rsidRPr="43250E97" w:rsidR="46A2E110">
        <w:rPr>
          <w:rFonts w:ascii="Cambria" w:hAnsi="Cambria" w:eastAsia="Cambria" w:cs="Cambria"/>
          <w:noProof w:val="0"/>
          <w:sz w:val="22"/>
          <w:szCs w:val="22"/>
          <w:lang w:val="en-US"/>
        </w:rPr>
        <w:t xml:space="preserve"> </w:t>
      </w:r>
      <w:r w:rsidRPr="43250E97" w:rsidR="46A2E110">
        <w:rPr>
          <w:rFonts w:ascii="Cambria" w:hAnsi="Cambria" w:eastAsia="Cambria" w:cs="Cambria"/>
          <w:noProof w:val="0"/>
          <w:sz w:val="22"/>
          <w:szCs w:val="22"/>
          <w:lang w:val="en-US"/>
        </w:rPr>
        <w:t>afspraken</w:t>
      </w:r>
      <w:r w:rsidRPr="43250E97" w:rsidR="46A2E110">
        <w:rPr>
          <w:rFonts w:ascii="Cambria" w:hAnsi="Cambria" w:eastAsia="Cambria" w:cs="Cambria"/>
          <w:noProof w:val="0"/>
          <w:sz w:val="22"/>
          <w:szCs w:val="22"/>
          <w:lang w:val="en-US"/>
        </w:rPr>
        <w:t xml:space="preserve"> over het </w:t>
      </w:r>
      <w:r w:rsidRPr="43250E97" w:rsidR="46A2E110">
        <w:rPr>
          <w:rFonts w:ascii="Cambria" w:hAnsi="Cambria" w:eastAsia="Cambria" w:cs="Cambria"/>
          <w:noProof w:val="0"/>
          <w:sz w:val="22"/>
          <w:szCs w:val="22"/>
          <w:lang w:val="en-US"/>
        </w:rPr>
        <w:t>uitzetten</w:t>
      </w:r>
      <w:r w:rsidRPr="43250E97" w:rsidR="46A2E110">
        <w:rPr>
          <w:rFonts w:ascii="Cambria" w:hAnsi="Cambria" w:eastAsia="Cambria" w:cs="Cambria"/>
          <w:noProof w:val="0"/>
          <w:sz w:val="22"/>
          <w:szCs w:val="22"/>
          <w:lang w:val="en-US"/>
        </w:rPr>
        <w:t xml:space="preserve"> of </w:t>
      </w:r>
      <w:r w:rsidRPr="43250E97" w:rsidR="46A2E110">
        <w:rPr>
          <w:rFonts w:ascii="Cambria" w:hAnsi="Cambria" w:eastAsia="Cambria" w:cs="Cambria"/>
          <w:noProof w:val="0"/>
          <w:sz w:val="22"/>
          <w:szCs w:val="22"/>
          <w:lang w:val="en-US"/>
        </w:rPr>
        <w:t>uitschakelen</w:t>
      </w:r>
      <w:r w:rsidRPr="43250E97" w:rsidR="46A2E110">
        <w:rPr>
          <w:rFonts w:ascii="Cambria" w:hAnsi="Cambria" w:eastAsia="Cambria" w:cs="Cambria"/>
          <w:noProof w:val="0"/>
          <w:sz w:val="22"/>
          <w:szCs w:val="22"/>
          <w:lang w:val="en-US"/>
        </w:rPr>
        <w:t xml:space="preserve"> van camera's </w:t>
      </w:r>
      <w:r w:rsidRPr="43250E97" w:rsidR="46A2E110">
        <w:rPr>
          <w:rFonts w:ascii="Cambria" w:hAnsi="Cambria" w:eastAsia="Cambria" w:cs="Cambria"/>
          <w:noProof w:val="0"/>
          <w:sz w:val="22"/>
          <w:szCs w:val="22"/>
          <w:lang w:val="en-US"/>
        </w:rPr>
        <w:t>worden</w:t>
      </w:r>
      <w:r w:rsidRPr="43250E97" w:rsidR="46A2E110">
        <w:rPr>
          <w:rFonts w:ascii="Cambria" w:hAnsi="Cambria" w:eastAsia="Cambria" w:cs="Cambria"/>
          <w:noProof w:val="0"/>
          <w:sz w:val="22"/>
          <w:szCs w:val="22"/>
          <w:lang w:val="en-US"/>
        </w:rPr>
        <w:t xml:space="preserve"> </w:t>
      </w:r>
      <w:r w:rsidRPr="43250E97" w:rsidR="46A2E110">
        <w:rPr>
          <w:rFonts w:ascii="Cambria" w:hAnsi="Cambria" w:eastAsia="Cambria" w:cs="Cambria"/>
          <w:noProof w:val="0"/>
          <w:sz w:val="22"/>
          <w:szCs w:val="22"/>
          <w:lang w:val="en-US"/>
        </w:rPr>
        <w:t>vooraf</w:t>
      </w:r>
      <w:r w:rsidRPr="43250E97" w:rsidR="46A2E110">
        <w:rPr>
          <w:rFonts w:ascii="Cambria" w:hAnsi="Cambria" w:eastAsia="Cambria" w:cs="Cambria"/>
          <w:noProof w:val="0"/>
          <w:sz w:val="22"/>
          <w:szCs w:val="22"/>
          <w:lang w:val="en-US"/>
        </w:rPr>
        <w:t xml:space="preserve"> in </w:t>
      </w:r>
      <w:r w:rsidRPr="43250E97" w:rsidR="46A2E110">
        <w:rPr>
          <w:rFonts w:ascii="Cambria" w:hAnsi="Cambria" w:eastAsia="Cambria" w:cs="Cambria"/>
          <w:noProof w:val="0"/>
          <w:sz w:val="22"/>
          <w:szCs w:val="22"/>
          <w:lang w:val="en-US"/>
        </w:rPr>
        <w:t>overleg</w:t>
      </w:r>
      <w:r w:rsidRPr="43250E97" w:rsidR="46A2E110">
        <w:rPr>
          <w:rFonts w:ascii="Cambria" w:hAnsi="Cambria" w:eastAsia="Cambria" w:cs="Cambria"/>
          <w:noProof w:val="0"/>
          <w:sz w:val="22"/>
          <w:szCs w:val="22"/>
          <w:lang w:val="en-US"/>
        </w:rPr>
        <w:t xml:space="preserve"> met de </w:t>
      </w:r>
      <w:r w:rsidRPr="43250E97" w:rsidR="46A2E110">
        <w:rPr>
          <w:rFonts w:ascii="Cambria" w:hAnsi="Cambria" w:eastAsia="Cambria" w:cs="Cambria"/>
          <w:noProof w:val="0"/>
          <w:sz w:val="22"/>
          <w:szCs w:val="22"/>
          <w:lang w:val="en-US"/>
        </w:rPr>
        <w:t>opdrachtgever</w:t>
      </w:r>
      <w:r w:rsidRPr="43250E97" w:rsidR="46A2E110">
        <w:rPr>
          <w:rFonts w:ascii="Cambria" w:hAnsi="Cambria" w:eastAsia="Cambria" w:cs="Cambria"/>
          <w:noProof w:val="0"/>
          <w:sz w:val="22"/>
          <w:szCs w:val="22"/>
          <w:lang w:val="en-US"/>
        </w:rPr>
        <w:t xml:space="preserve"> </w:t>
      </w:r>
      <w:r w:rsidRPr="43250E97" w:rsidR="46A2E110">
        <w:rPr>
          <w:rFonts w:ascii="Cambria" w:hAnsi="Cambria" w:eastAsia="Cambria" w:cs="Cambria"/>
          <w:noProof w:val="0"/>
          <w:sz w:val="22"/>
          <w:szCs w:val="22"/>
          <w:lang w:val="en-US"/>
        </w:rPr>
        <w:t>gemaakt</w:t>
      </w:r>
      <w:r w:rsidRPr="43250E97" w:rsidR="46A2E110">
        <w:rPr>
          <w:rFonts w:ascii="Cambria" w:hAnsi="Cambria" w:eastAsia="Cambria" w:cs="Cambria"/>
          <w:noProof w:val="0"/>
          <w:sz w:val="22"/>
          <w:szCs w:val="22"/>
          <w:lang w:val="en-US"/>
        </w:rPr>
        <w:t xml:space="preserve">. </w:t>
      </w:r>
      <w:r w:rsidRPr="43250E97" w:rsidR="350CB8BF">
        <w:rPr>
          <w:rFonts w:ascii="Cambria" w:hAnsi="Cambria" w:eastAsia="Cambria" w:cs="Cambria"/>
          <w:b w:val="1"/>
          <w:bCs w:val="1"/>
          <w:noProof w:val="0"/>
          <w:sz w:val="22"/>
          <w:szCs w:val="22"/>
          <w:lang w:val="en-US"/>
        </w:rPr>
        <w:t>Artikel 4 Rechten en plichten van de opdrachtnemer</w:t>
      </w:r>
    </w:p>
    <w:p w:rsidR="350CB8BF" w:rsidP="43250E97" w:rsidRDefault="350CB8BF" w14:paraId="733E60D2" w14:textId="7ED786C9">
      <w:pPr>
        <w:spacing w:before="240" w:beforeAutospacing="off" w:after="240" w:afterAutospacing="off"/>
      </w:pPr>
      <w:r w:rsidRPr="43250E97" w:rsidR="350CB8BF">
        <w:rPr>
          <w:rFonts w:ascii="Cambria" w:hAnsi="Cambria" w:eastAsia="Cambria" w:cs="Cambria"/>
          <w:b w:val="1"/>
          <w:bCs w:val="1"/>
          <w:noProof w:val="0"/>
          <w:sz w:val="22"/>
          <w:szCs w:val="22"/>
          <w:lang w:val="en-US"/>
        </w:rPr>
        <w:t>4.1</w:t>
      </w:r>
      <w:r w:rsidRPr="43250E97" w:rsidR="350CB8BF">
        <w:rPr>
          <w:rFonts w:ascii="Cambria" w:hAnsi="Cambria" w:eastAsia="Cambria" w:cs="Cambria"/>
          <w:noProof w:val="0"/>
          <w:sz w:val="22"/>
          <w:szCs w:val="22"/>
          <w:lang w:val="en-US"/>
        </w:rPr>
        <w:t xml:space="preserve"> Kattenoppas Mimi draagt zorg voor een goede en zorgvuldige verzorging van de te verzorgen dieren en streeft ernaar de vooraf gemaakte afspraken en wensen van de opdrachtgever ten aanzien van de verzorging na te leven.</w:t>
      </w:r>
    </w:p>
    <w:p w:rsidR="350CB8BF" w:rsidP="43250E97" w:rsidRDefault="350CB8BF" w14:paraId="181827F4" w14:textId="5B90B94D">
      <w:pPr>
        <w:spacing w:before="240" w:beforeAutospacing="off" w:after="240" w:afterAutospacing="off"/>
      </w:pPr>
      <w:r w:rsidRPr="43250E97" w:rsidR="350CB8BF">
        <w:rPr>
          <w:rFonts w:ascii="Cambria" w:hAnsi="Cambria" w:eastAsia="Cambria" w:cs="Cambria"/>
          <w:b w:val="1"/>
          <w:bCs w:val="1"/>
          <w:noProof w:val="0"/>
          <w:sz w:val="22"/>
          <w:szCs w:val="22"/>
          <w:lang w:val="en-US"/>
        </w:rPr>
        <w:t>4.2</w:t>
      </w:r>
      <w:r w:rsidRPr="43250E97" w:rsidR="350CB8BF">
        <w:rPr>
          <w:rFonts w:ascii="Cambria" w:hAnsi="Cambria" w:eastAsia="Cambria" w:cs="Cambria"/>
          <w:noProof w:val="0"/>
          <w:sz w:val="22"/>
          <w:szCs w:val="22"/>
          <w:lang w:val="en-US"/>
        </w:rPr>
        <w:t xml:space="preserve"> Kattenoppas Mimi houdt zich aan de gemaakte afspraken met betrekking tot het afsluiten en beveiligen van de woning.</w:t>
      </w:r>
    </w:p>
    <w:p w:rsidR="350CB8BF" w:rsidP="43250E97" w:rsidRDefault="350CB8BF" w14:paraId="5C3FC2B8" w14:textId="5F1EEF4D">
      <w:pPr>
        <w:spacing w:before="240" w:beforeAutospacing="off" w:after="240" w:afterAutospacing="off"/>
      </w:pPr>
      <w:r w:rsidRPr="43250E97" w:rsidR="350CB8BF">
        <w:rPr>
          <w:rFonts w:ascii="Cambria" w:hAnsi="Cambria" w:eastAsia="Cambria" w:cs="Cambria"/>
          <w:b w:val="1"/>
          <w:bCs w:val="1"/>
          <w:noProof w:val="0"/>
          <w:sz w:val="22"/>
          <w:szCs w:val="22"/>
          <w:lang w:val="en-US"/>
        </w:rPr>
        <w:t>4.3</w:t>
      </w:r>
      <w:r w:rsidRPr="43250E97" w:rsidR="350CB8BF">
        <w:rPr>
          <w:rFonts w:ascii="Cambria" w:hAnsi="Cambria" w:eastAsia="Cambria" w:cs="Cambria"/>
          <w:noProof w:val="0"/>
          <w:sz w:val="22"/>
          <w:szCs w:val="22"/>
          <w:lang w:val="en-US"/>
        </w:rPr>
        <w:t xml:space="preserve"> Kattenoppas Mimi kan zonder opgaaf van reden een oppasverzoek weigeren tijdens of na afloop van het intakegesprek.</w:t>
      </w:r>
    </w:p>
    <w:p w:rsidR="350CB8BF" w:rsidP="43250E97" w:rsidRDefault="350CB8BF" w14:paraId="1403D5DF" w14:textId="30DFFE09">
      <w:pPr>
        <w:spacing w:before="240" w:beforeAutospacing="off" w:after="240" w:afterAutospacing="off"/>
      </w:pPr>
      <w:r w:rsidRPr="43250E97" w:rsidR="350CB8BF">
        <w:rPr>
          <w:rFonts w:ascii="Cambria" w:hAnsi="Cambria" w:eastAsia="Cambria" w:cs="Cambria"/>
          <w:b w:val="1"/>
          <w:bCs w:val="1"/>
          <w:noProof w:val="0"/>
          <w:sz w:val="22"/>
          <w:szCs w:val="22"/>
          <w:lang w:val="en-US"/>
        </w:rPr>
        <w:t>4.4</w:t>
      </w:r>
      <w:r w:rsidRPr="43250E97" w:rsidR="350CB8BF">
        <w:rPr>
          <w:rFonts w:ascii="Cambria" w:hAnsi="Cambria" w:eastAsia="Cambria" w:cs="Cambria"/>
          <w:noProof w:val="0"/>
          <w:sz w:val="22"/>
          <w:szCs w:val="22"/>
          <w:lang w:val="en-US"/>
        </w:rPr>
        <w:t xml:space="preserve"> Kattenoppas Mimi behoudt zich het recht voor het aanbod van oppasdiensten tijdelijk of volledig stop te zetten in verband met bijvoorbeeld drukte, vakantie, ziekte of andere omstandigheden. Dit heeft geen gevolgen voor reeds bevestigde oppasafspraken.</w:t>
      </w:r>
    </w:p>
    <w:p w:rsidR="350CB8BF" w:rsidP="43250E97" w:rsidRDefault="350CB8BF" w14:paraId="4F3B863C" w14:textId="708295E8">
      <w:pPr>
        <w:spacing w:before="240" w:beforeAutospacing="off" w:after="240" w:afterAutospacing="off"/>
      </w:pPr>
      <w:r w:rsidRPr="43250E97" w:rsidR="350CB8BF">
        <w:rPr>
          <w:rFonts w:ascii="Cambria" w:hAnsi="Cambria" w:eastAsia="Cambria" w:cs="Cambria"/>
          <w:b w:val="1"/>
          <w:bCs w:val="1"/>
          <w:noProof w:val="0"/>
          <w:sz w:val="22"/>
          <w:szCs w:val="22"/>
          <w:lang w:val="en-US"/>
        </w:rPr>
        <w:t>4.5</w:t>
      </w:r>
      <w:r w:rsidRPr="43250E97" w:rsidR="350CB8BF">
        <w:rPr>
          <w:rFonts w:ascii="Cambria" w:hAnsi="Cambria" w:eastAsia="Cambria" w:cs="Cambria"/>
          <w:noProof w:val="0"/>
          <w:sz w:val="22"/>
          <w:szCs w:val="22"/>
          <w:lang w:val="en-US"/>
        </w:rPr>
        <w:t xml:space="preserve"> Indien Kattenoppas Mimi door overmacht of onvoorziene omstandigheden tijdelijk niet in staat is de verzorging zelf uit te voeren, wordt gehandeld overeenkomstig de bepalingen over tijdelijke uitval en vervanging zoals opgenomen in artikel 9.</w:t>
      </w:r>
    </w:p>
    <w:p w:rsidR="43250E97" w:rsidP="43250E97" w:rsidRDefault="43250E97" w14:paraId="51369BCA" w14:textId="60B77A95">
      <w:pPr>
        <w:spacing w:before="240" w:beforeAutospacing="off" w:after="240" w:afterAutospacing="off"/>
        <w:rPr>
          <w:rFonts w:ascii="Cambria" w:hAnsi="Cambria" w:eastAsia="Cambria" w:cs="Cambria"/>
          <w:noProof w:val="0"/>
          <w:sz w:val="22"/>
          <w:szCs w:val="22"/>
          <w:lang w:val="en-US"/>
        </w:rPr>
      </w:pPr>
    </w:p>
    <w:p w:rsidR="62C665DB" w:rsidP="43250E97" w:rsidRDefault="62C665DB" w14:paraId="5287340E" w14:textId="6B532BCE">
      <w:pPr>
        <w:spacing w:before="240" w:beforeAutospacing="off" w:after="240" w:afterAutospacing="off"/>
        <w:rPr>
          <w:rFonts w:ascii="Cambria" w:hAnsi="Cambria" w:eastAsia="Cambria" w:cs="Cambria"/>
          <w:noProof w:val="0"/>
          <w:sz w:val="22"/>
          <w:szCs w:val="22"/>
          <w:lang w:val="en-US"/>
        </w:rPr>
      </w:pPr>
    </w:p>
    <w:p w:rsidR="6B742207" w:rsidP="43250E97" w:rsidRDefault="6B742207" w14:paraId="5C3E141D" w14:textId="53259183">
      <w:pPr>
        <w:spacing w:before="240" w:beforeAutospacing="off" w:after="240" w:afterAutospacing="off"/>
      </w:pPr>
      <w:r w:rsidRPr="43250E97" w:rsidR="6B742207">
        <w:rPr>
          <w:rFonts w:ascii="Cambria" w:hAnsi="Cambria" w:eastAsia="Cambria" w:cs="Cambria"/>
          <w:b w:val="1"/>
          <w:bCs w:val="1"/>
          <w:noProof w:val="0"/>
          <w:sz w:val="22"/>
          <w:szCs w:val="22"/>
          <w:lang w:val="en-US"/>
        </w:rPr>
        <w:t>Artikel 5 Privacy (zie ook de privacyverklaring)</w:t>
      </w:r>
    </w:p>
    <w:p w:rsidR="6B742207" w:rsidP="43250E97" w:rsidRDefault="6B742207" w14:paraId="35DDEDB7" w14:textId="48EC3AF6">
      <w:pPr>
        <w:spacing w:before="240" w:beforeAutospacing="off" w:after="240" w:afterAutospacing="off"/>
      </w:pPr>
      <w:r w:rsidRPr="43250E97" w:rsidR="6B742207">
        <w:rPr>
          <w:rFonts w:ascii="Cambria" w:hAnsi="Cambria" w:eastAsia="Cambria" w:cs="Cambria"/>
          <w:b w:val="1"/>
          <w:bCs w:val="1"/>
          <w:noProof w:val="0"/>
          <w:sz w:val="22"/>
          <w:szCs w:val="22"/>
          <w:lang w:val="en-US"/>
        </w:rPr>
        <w:t>5.1</w:t>
      </w:r>
      <w:r w:rsidRPr="43250E97" w:rsidR="6B742207">
        <w:rPr>
          <w:rFonts w:ascii="Cambria" w:hAnsi="Cambria" w:eastAsia="Cambria" w:cs="Cambria"/>
          <w:noProof w:val="0"/>
          <w:sz w:val="22"/>
          <w:szCs w:val="22"/>
          <w:lang w:val="en-US"/>
        </w:rPr>
        <w:t xml:space="preserve"> De persoonsgegevens van de opdrachtgever worden door Kattenoppas Mimi uitsluitend gebruikt voor de uitvoering van de oppasovereenkomst en de daarbij behorende administratie. Gegevens worden niet aan derden verstrekt, tenzij dit noodzakelijk is voor de verzorging van de dieren, bijvoorbeeld in het geval van een bezoek aan een dierenarts, of wanneer dit wettelijk verplicht is.</w:t>
      </w:r>
    </w:p>
    <w:p w:rsidR="6B742207" w:rsidP="43250E97" w:rsidRDefault="6B742207" w14:paraId="2A615030" w14:textId="6D823599">
      <w:pPr>
        <w:spacing w:before="240" w:beforeAutospacing="off" w:after="240" w:afterAutospacing="off"/>
      </w:pPr>
      <w:r w:rsidRPr="43250E97" w:rsidR="6B742207">
        <w:rPr>
          <w:rFonts w:ascii="Cambria" w:hAnsi="Cambria" w:eastAsia="Cambria" w:cs="Cambria"/>
          <w:b w:val="1"/>
          <w:bCs w:val="1"/>
          <w:noProof w:val="0"/>
          <w:sz w:val="22"/>
          <w:szCs w:val="22"/>
          <w:lang w:val="en-US"/>
        </w:rPr>
        <w:t>5.2</w:t>
      </w:r>
      <w:r w:rsidRPr="43250E97" w:rsidR="6B742207">
        <w:rPr>
          <w:rFonts w:ascii="Cambria" w:hAnsi="Cambria" w:eastAsia="Cambria" w:cs="Cambria"/>
          <w:noProof w:val="0"/>
          <w:sz w:val="22"/>
          <w:szCs w:val="22"/>
          <w:lang w:val="en-US"/>
        </w:rPr>
        <w:t xml:space="preserve"> Een sleutel van de woning wordt door Kattenoppas Mimi op een zodanige manier gelabeld en bewaard dat deze niet rechtstreeks naar het adres van de opdrachtgever kan worden herleid.</w:t>
      </w:r>
    </w:p>
    <w:p w:rsidR="6B742207" w:rsidP="43250E97" w:rsidRDefault="6B742207" w14:paraId="61955D36" w14:textId="168A2E6C">
      <w:pPr>
        <w:spacing w:before="240" w:beforeAutospacing="off" w:after="240" w:afterAutospacing="off"/>
      </w:pPr>
      <w:r w:rsidRPr="43250E97" w:rsidR="6B742207">
        <w:rPr>
          <w:rFonts w:ascii="Cambria" w:hAnsi="Cambria" w:eastAsia="Cambria" w:cs="Cambria"/>
          <w:b w:val="1"/>
          <w:bCs w:val="1"/>
          <w:noProof w:val="0"/>
          <w:sz w:val="22"/>
          <w:szCs w:val="22"/>
          <w:lang w:val="en-US"/>
        </w:rPr>
        <w:t>5.3</w:t>
      </w:r>
      <w:r w:rsidRPr="43250E97" w:rsidR="6B742207">
        <w:rPr>
          <w:rFonts w:ascii="Cambria" w:hAnsi="Cambria" w:eastAsia="Cambria" w:cs="Cambria"/>
          <w:noProof w:val="0"/>
          <w:sz w:val="22"/>
          <w:szCs w:val="22"/>
          <w:lang w:val="en-US"/>
        </w:rPr>
        <w:t xml:space="preserve"> Na afloop van de afgesproken oppasperiode blijft de sleutel in het bezit van Kattenoppas Mimi totdat de opdrachtgever de thuiskomst via WhatsApp heeft gemeld. Dit is mede van belang wanneer de opdrachtgever vertraging oploopt en de verzorging van de dieren daardoor langer moet worden voortgezet. De hieruit voortvloeiende extra kosten worden aan de opdrachtgever doorberekend. Na thuiskomst wordt een afspraak gemaakt voor het retourneren van de sleutel.</w:t>
      </w:r>
    </w:p>
    <w:p w:rsidR="6B742207" w:rsidP="43250E97" w:rsidRDefault="6B742207" w14:paraId="213F5EB1" w14:textId="0291B4DE">
      <w:pPr>
        <w:spacing w:before="240" w:beforeAutospacing="off" w:after="240" w:afterAutospacing="off"/>
      </w:pPr>
      <w:r w:rsidRPr="43250E97" w:rsidR="6B742207">
        <w:rPr>
          <w:rFonts w:ascii="Cambria" w:hAnsi="Cambria" w:eastAsia="Cambria" w:cs="Cambria"/>
          <w:b w:val="1"/>
          <w:bCs w:val="1"/>
          <w:noProof w:val="0"/>
          <w:sz w:val="22"/>
          <w:szCs w:val="22"/>
          <w:lang w:val="en-US"/>
        </w:rPr>
        <w:t>5.4</w:t>
      </w:r>
      <w:r w:rsidRPr="43250E97" w:rsidR="6B742207">
        <w:rPr>
          <w:rFonts w:ascii="Cambria" w:hAnsi="Cambria" w:eastAsia="Cambria" w:cs="Cambria"/>
          <w:noProof w:val="0"/>
          <w:sz w:val="22"/>
          <w:szCs w:val="22"/>
          <w:lang w:val="en-US"/>
        </w:rPr>
        <w:t xml:space="preserve"> Na afloop van de oppasovereenkomst bewaart Kattenoppas Mimi de benodigde gegevens van de opdrachtgever, zodat bij een volgende overeenkomst geen nieuw intakegesprek nodig is. De gegevens worden bewaard en verwerkt overeenkomstig de privacyverklaring van Kattenoppas Mimi.</w:t>
      </w:r>
    </w:p>
    <w:p w:rsidR="43250E97" w:rsidP="43250E97" w:rsidRDefault="43250E97" w14:paraId="304A60B2" w14:textId="74F6FD67">
      <w:pPr>
        <w:spacing w:before="240" w:beforeAutospacing="off" w:after="240" w:afterAutospacing="off"/>
        <w:rPr>
          <w:rFonts w:ascii="Cambria" w:hAnsi="Cambria" w:eastAsia="Cambria" w:cs="Cambria"/>
          <w:noProof w:val="0"/>
          <w:sz w:val="22"/>
          <w:szCs w:val="22"/>
          <w:lang w:val="en-US"/>
        </w:rPr>
      </w:pPr>
    </w:p>
    <w:p w:rsidR="4C6830A4" w:rsidP="43250E97" w:rsidRDefault="4C6830A4" w14:paraId="0150B363" w14:textId="1D4E8485">
      <w:pPr>
        <w:spacing w:before="240" w:beforeAutospacing="off" w:after="240" w:afterAutospacing="off"/>
      </w:pPr>
      <w:r w:rsidRPr="43250E97" w:rsidR="4C6830A4">
        <w:rPr>
          <w:rFonts w:ascii="Cambria" w:hAnsi="Cambria" w:eastAsia="Cambria" w:cs="Cambria"/>
          <w:b w:val="1"/>
          <w:bCs w:val="1"/>
          <w:noProof w:val="0"/>
          <w:sz w:val="22"/>
          <w:szCs w:val="22"/>
          <w:lang w:val="en-US"/>
        </w:rPr>
        <w:t>Artikel 6 Gezondheid</w:t>
      </w:r>
    </w:p>
    <w:p w:rsidR="4C6830A4" w:rsidP="43250E97" w:rsidRDefault="4C6830A4" w14:paraId="6D2EA600" w14:textId="58326E53">
      <w:pPr>
        <w:spacing w:before="240" w:beforeAutospacing="off" w:after="240" w:afterAutospacing="off"/>
      </w:pPr>
      <w:r w:rsidRPr="43250E97" w:rsidR="4C6830A4">
        <w:rPr>
          <w:rFonts w:ascii="Cambria" w:hAnsi="Cambria" w:eastAsia="Cambria" w:cs="Cambria"/>
          <w:b w:val="1"/>
          <w:bCs w:val="1"/>
          <w:noProof w:val="0"/>
          <w:sz w:val="22"/>
          <w:szCs w:val="22"/>
          <w:lang w:val="en-US"/>
        </w:rPr>
        <w:t>6.1</w:t>
      </w:r>
      <w:r w:rsidRPr="43250E97" w:rsidR="4C6830A4">
        <w:rPr>
          <w:rFonts w:ascii="Cambria" w:hAnsi="Cambria" w:eastAsia="Cambria" w:cs="Cambria"/>
          <w:noProof w:val="0"/>
          <w:sz w:val="22"/>
          <w:szCs w:val="22"/>
          <w:lang w:val="en-US"/>
        </w:rPr>
        <w:t xml:space="preserve"> In geval van gezondheidsproblemen van een te verzorgen dier tijdens de oppasovereenkomst behoudt Kattenoppas Mimi zich het recht voor een dierenarts te raadplegen. Dit gebeurt waar mogelijk in overleg met de opdrachtgever. Kattenoppas Mimi zal indien mogelijk gebruikmaken van de dierenarts van de opdrachtgever. Wanneer dit niet mogelijk is, kan zij gebruikmaken van een eigen dierenarts of van een op dat moment beschikbare dierenarts. In levensbedreigende situaties zal Kattenoppas Mimi altijd handelen in het belang van het dier, waarbij het noodzakelijk kan zijn om zonder voorafgaand overleg met de opdrachtgever medische hulp in te schakelen.</w:t>
      </w:r>
    </w:p>
    <w:p w:rsidR="4C6830A4" w:rsidP="43250E97" w:rsidRDefault="4C6830A4" w14:paraId="254E4909" w14:textId="2AA6949E">
      <w:pPr>
        <w:spacing w:before="240" w:beforeAutospacing="off" w:after="240" w:afterAutospacing="off"/>
      </w:pPr>
      <w:r w:rsidRPr="43250E97" w:rsidR="4C6830A4">
        <w:rPr>
          <w:rFonts w:ascii="Cambria" w:hAnsi="Cambria" w:eastAsia="Cambria" w:cs="Cambria"/>
          <w:b w:val="1"/>
          <w:bCs w:val="1"/>
          <w:noProof w:val="0"/>
          <w:sz w:val="22"/>
          <w:szCs w:val="22"/>
          <w:lang w:val="en-US"/>
        </w:rPr>
        <w:t>6.2</w:t>
      </w:r>
      <w:r w:rsidRPr="43250E97" w:rsidR="4C6830A4">
        <w:rPr>
          <w:rFonts w:ascii="Cambria" w:hAnsi="Cambria" w:eastAsia="Cambria" w:cs="Cambria"/>
          <w:noProof w:val="0"/>
          <w:sz w:val="22"/>
          <w:szCs w:val="22"/>
          <w:lang w:val="en-US"/>
        </w:rPr>
        <w:t xml:space="preserve"> In geval van overlijden of noodzakelijk inslapen van het dier zal Kattenoppas Mimi, indien de omstandigheden dit toelaten, zo spoedig mogelijk contact opnemen met de opdrachtgever om te overleggen. In een acute situatie waarin direct handelen noodzakelijk is, zal zij handelen in het belang van het dier.</w:t>
      </w:r>
    </w:p>
    <w:p w:rsidR="4C6830A4" w:rsidP="43250E97" w:rsidRDefault="4C6830A4" w14:paraId="1FDB0959" w14:textId="3007750F">
      <w:pPr>
        <w:spacing w:before="240" w:beforeAutospacing="off" w:after="240" w:afterAutospacing="off"/>
      </w:pPr>
      <w:r w:rsidRPr="43250E97" w:rsidR="4C6830A4">
        <w:rPr>
          <w:rFonts w:ascii="Cambria" w:hAnsi="Cambria" w:eastAsia="Cambria" w:cs="Cambria"/>
          <w:b w:val="1"/>
          <w:bCs w:val="1"/>
          <w:noProof w:val="0"/>
          <w:sz w:val="22"/>
          <w:szCs w:val="22"/>
          <w:lang w:val="en-US"/>
        </w:rPr>
        <w:t>6.3</w:t>
      </w:r>
      <w:r w:rsidRPr="43250E97" w:rsidR="4C6830A4">
        <w:rPr>
          <w:rFonts w:ascii="Cambria" w:hAnsi="Cambria" w:eastAsia="Cambria" w:cs="Cambria"/>
          <w:noProof w:val="0"/>
          <w:sz w:val="22"/>
          <w:szCs w:val="22"/>
          <w:lang w:val="en-US"/>
        </w:rPr>
        <w:t xml:space="preserve"> Alle kosten die voortvloeien uit een dierenartsbezoek, behandeling, medicatie of andere noodzakelijke veterinaire zorg zijn voor rekening van de opdrachtgever en worden aan de opdrachtgever doorberekend.</w:t>
      </w:r>
    </w:p>
    <w:p w:rsidR="43250E97" w:rsidP="43250E97" w:rsidRDefault="43250E97" w14:paraId="14529EA7" w14:textId="69FD40FE">
      <w:pPr>
        <w:spacing w:before="240" w:beforeAutospacing="off" w:after="240" w:afterAutospacing="off"/>
        <w:rPr>
          <w:rFonts w:ascii="Cambria" w:hAnsi="Cambria" w:eastAsia="Cambria" w:cs="Cambria"/>
          <w:noProof w:val="0"/>
          <w:sz w:val="22"/>
          <w:szCs w:val="22"/>
          <w:lang w:val="en-US"/>
        </w:rPr>
      </w:pPr>
    </w:p>
    <w:p w:rsidR="2EBDFBAD" w:rsidP="2EBDFBAD" w:rsidRDefault="2EBDFBAD" w14:paraId="47D56D85" w14:textId="736AEFED">
      <w:pPr>
        <w:spacing w:before="240" w:beforeAutospacing="off" w:after="240" w:afterAutospacing="off"/>
        <w:rPr>
          <w:rFonts w:ascii="Cambria" w:hAnsi="Cambria" w:eastAsia="Cambria" w:cs="Cambria"/>
          <w:b w:val="1"/>
          <w:bCs w:val="1"/>
          <w:noProof w:val="0"/>
          <w:sz w:val="22"/>
          <w:szCs w:val="22"/>
          <w:lang w:val="en-US"/>
        </w:rPr>
      </w:pPr>
    </w:p>
    <w:p w:rsidR="61FEAB95" w:rsidP="7289117C" w:rsidRDefault="61FEAB95" w14:paraId="6306E446" w14:textId="126D4810">
      <w:pPr>
        <w:spacing w:before="240" w:beforeAutospacing="off" w:after="240" w:afterAutospacing="off"/>
      </w:pPr>
      <w:r w:rsidRPr="7289117C" w:rsidR="61FEAB95">
        <w:rPr>
          <w:rFonts w:ascii="Cambria" w:hAnsi="Cambria" w:eastAsia="Cambria" w:cs="Cambria"/>
          <w:b w:val="1"/>
          <w:bCs w:val="1"/>
          <w:noProof w:val="0"/>
          <w:sz w:val="22"/>
          <w:szCs w:val="22"/>
          <w:lang w:val="en-US"/>
        </w:rPr>
        <w:t>Artikel 7 Schade en aansprakelijkheid</w:t>
      </w:r>
    </w:p>
    <w:p w:rsidR="61FEAB95" w:rsidP="7289117C" w:rsidRDefault="61FEAB95" w14:paraId="6B2BC231" w14:textId="745F500C">
      <w:pPr>
        <w:spacing w:before="240" w:beforeAutospacing="off" w:after="240" w:afterAutospacing="off"/>
      </w:pPr>
      <w:r w:rsidRPr="7289117C" w:rsidR="61FEAB95">
        <w:rPr>
          <w:rFonts w:ascii="Cambria" w:hAnsi="Cambria" w:eastAsia="Cambria" w:cs="Cambria"/>
          <w:b w:val="1"/>
          <w:bCs w:val="1"/>
          <w:noProof w:val="0"/>
          <w:sz w:val="22"/>
          <w:szCs w:val="22"/>
          <w:lang w:val="en-US"/>
        </w:rPr>
        <w:t>7.1</w:t>
      </w:r>
      <w:r w:rsidRPr="7289117C" w:rsidR="61FEAB95">
        <w:rPr>
          <w:rFonts w:ascii="Cambria" w:hAnsi="Cambria" w:eastAsia="Cambria" w:cs="Cambria"/>
          <w:noProof w:val="0"/>
          <w:sz w:val="22"/>
          <w:szCs w:val="22"/>
          <w:lang w:val="en-US"/>
        </w:rPr>
        <w:t xml:space="preserve"> De opdrachtgever is als eigenaar van de dieren verantwoordelijk voor materiële en immateriële schade die de dieren van de opdrachtgever veroorzaken aan personen of eigendommen van anderen. Kattenoppas Mimi is hiervoor niet aansprakelijk.</w:t>
      </w:r>
    </w:p>
    <w:p w:rsidR="61FEAB95" w:rsidP="7289117C" w:rsidRDefault="61FEAB95" w14:paraId="15A4B144" w14:textId="73C3DC9B">
      <w:pPr>
        <w:spacing w:before="240" w:beforeAutospacing="off" w:after="240" w:afterAutospacing="off"/>
      </w:pPr>
      <w:r w:rsidRPr="7289117C" w:rsidR="61FEAB95">
        <w:rPr>
          <w:rFonts w:ascii="Cambria" w:hAnsi="Cambria" w:eastAsia="Cambria" w:cs="Cambria"/>
          <w:b w:val="1"/>
          <w:bCs w:val="1"/>
          <w:noProof w:val="0"/>
          <w:sz w:val="22"/>
          <w:szCs w:val="22"/>
          <w:lang w:val="en-US"/>
        </w:rPr>
        <w:t>7.2</w:t>
      </w:r>
      <w:r w:rsidRPr="7289117C" w:rsidR="61FEAB95">
        <w:rPr>
          <w:rFonts w:ascii="Cambria" w:hAnsi="Cambria" w:eastAsia="Cambria" w:cs="Cambria"/>
          <w:noProof w:val="0"/>
          <w:sz w:val="22"/>
          <w:szCs w:val="22"/>
          <w:lang w:val="en-US"/>
        </w:rPr>
        <w:t xml:space="preserve"> Kattenoppas Mimi is niet aansprakelijk voor ziekte, letsel of overlijden van de te verzorgen dieren.</w:t>
      </w:r>
    </w:p>
    <w:p w:rsidR="61FEAB95" w:rsidP="7289117C" w:rsidRDefault="61FEAB95" w14:paraId="100BBDD0" w14:textId="77D76920">
      <w:pPr>
        <w:spacing w:before="240" w:beforeAutospacing="off" w:after="240" w:afterAutospacing="off"/>
      </w:pPr>
      <w:r w:rsidRPr="7289117C" w:rsidR="61FEAB95">
        <w:rPr>
          <w:rFonts w:ascii="Cambria" w:hAnsi="Cambria" w:eastAsia="Cambria" w:cs="Cambria"/>
          <w:b w:val="1"/>
          <w:bCs w:val="1"/>
          <w:noProof w:val="0"/>
          <w:sz w:val="22"/>
          <w:szCs w:val="22"/>
          <w:lang w:val="en-US"/>
        </w:rPr>
        <w:t>7.3</w:t>
      </w:r>
      <w:r w:rsidRPr="7289117C" w:rsidR="61FEAB95">
        <w:rPr>
          <w:rFonts w:ascii="Cambria" w:hAnsi="Cambria" w:eastAsia="Cambria" w:cs="Cambria"/>
          <w:noProof w:val="0"/>
          <w:sz w:val="22"/>
          <w:szCs w:val="22"/>
          <w:lang w:val="en-US"/>
        </w:rPr>
        <w:t xml:space="preserve"> Kattenoppas Mimi is niet aansprakelijk voor schade aan eigendommen van de opdrachtgever die door de huisdieren wordt veroorzaakt of die het gevolg is van niet te voorkomen gebeurtenissen.</w:t>
      </w:r>
    </w:p>
    <w:p w:rsidR="61FEAB95" w:rsidP="7289117C" w:rsidRDefault="61FEAB95" w14:paraId="62204FD0" w14:textId="57930731">
      <w:pPr>
        <w:spacing w:before="240" w:beforeAutospacing="off" w:after="240" w:afterAutospacing="off"/>
      </w:pPr>
      <w:r w:rsidRPr="7289117C" w:rsidR="61FEAB95">
        <w:rPr>
          <w:rFonts w:ascii="Cambria" w:hAnsi="Cambria" w:eastAsia="Cambria" w:cs="Cambria"/>
          <w:b w:val="1"/>
          <w:bCs w:val="1"/>
          <w:noProof w:val="0"/>
          <w:sz w:val="22"/>
          <w:szCs w:val="22"/>
          <w:lang w:val="en-US"/>
        </w:rPr>
        <w:t>7.4</w:t>
      </w:r>
      <w:r w:rsidRPr="7289117C" w:rsidR="61FEAB95">
        <w:rPr>
          <w:rFonts w:ascii="Cambria" w:hAnsi="Cambria" w:eastAsia="Cambria" w:cs="Cambria"/>
          <w:noProof w:val="0"/>
          <w:sz w:val="22"/>
          <w:szCs w:val="22"/>
          <w:lang w:val="en-US"/>
        </w:rPr>
        <w:t xml:space="preserve"> Kattenoppas Mimi is niet aansprakelijk voor schade als gevolg van inbraak tijdens de overeenkomst, tenzij kan worden aangetoond dat de inbraak het gevolg is van het niet of onvoldoende nakomen van de gemaakte afspraken door Kattenoppas Mimi.</w:t>
      </w:r>
    </w:p>
    <w:p w:rsidR="61FEAB95" w:rsidP="7289117C" w:rsidRDefault="61FEAB95" w14:paraId="7FA7302D" w14:textId="40B2CE99">
      <w:pPr>
        <w:spacing w:before="240" w:beforeAutospacing="off" w:after="240" w:afterAutospacing="off"/>
      </w:pPr>
      <w:r w:rsidRPr="7289117C" w:rsidR="61FEAB95">
        <w:rPr>
          <w:rFonts w:ascii="Cambria" w:hAnsi="Cambria" w:eastAsia="Cambria" w:cs="Cambria"/>
          <w:b w:val="1"/>
          <w:bCs w:val="1"/>
          <w:noProof w:val="0"/>
          <w:sz w:val="22"/>
          <w:szCs w:val="22"/>
          <w:lang w:val="en-US"/>
        </w:rPr>
        <w:t>7.5</w:t>
      </w:r>
      <w:r w:rsidRPr="7289117C" w:rsidR="61FEAB95">
        <w:rPr>
          <w:rFonts w:ascii="Cambria" w:hAnsi="Cambria" w:eastAsia="Cambria" w:cs="Cambria"/>
          <w:noProof w:val="0"/>
          <w:sz w:val="22"/>
          <w:szCs w:val="22"/>
          <w:lang w:val="en-US"/>
        </w:rPr>
        <w:t xml:space="preserve"> Kattenoppas Mimi is niet aansprakelijk voor het ontsnappen, weglopen of niet terugkeren van huisdieren. Dit geldt ook wanneer een huisdier tijdens het betreden of verlaten van de woning, of op enig ander moment tijdens de verzorging, onverwacht probeert te ontsnappen of naar buiten te gaan. Kattenoppas Mimi zal zich naar redelijkheid inspannen om ontsnapping te voorkomen, maar kan dit niet in alle omstandigheden garanderen.</w:t>
      </w:r>
    </w:p>
    <w:p w:rsidR="61FEAB95" w:rsidP="7289117C" w:rsidRDefault="61FEAB95" w14:paraId="25621EC2" w14:textId="15719D7B">
      <w:pPr>
        <w:spacing w:before="240" w:beforeAutospacing="off" w:after="240" w:afterAutospacing="off"/>
      </w:pPr>
      <w:r w:rsidRPr="7289117C" w:rsidR="61FEAB95">
        <w:rPr>
          <w:rFonts w:ascii="Cambria" w:hAnsi="Cambria" w:eastAsia="Cambria" w:cs="Cambria"/>
          <w:b w:val="1"/>
          <w:bCs w:val="1"/>
          <w:noProof w:val="0"/>
          <w:sz w:val="22"/>
          <w:szCs w:val="22"/>
          <w:lang w:val="en-US"/>
        </w:rPr>
        <w:t>7.6 Wijzigingen in de gemaakte afspraken</w:t>
      </w:r>
    </w:p>
    <w:p w:rsidR="61FEAB95" w:rsidP="7289117C" w:rsidRDefault="61FEAB95" w14:paraId="2475F114" w14:textId="7C20EE75">
      <w:pPr>
        <w:spacing w:before="240" w:beforeAutospacing="off" w:after="240" w:afterAutospacing="off"/>
      </w:pPr>
      <w:r w:rsidRPr="7289117C" w:rsidR="61FEAB95">
        <w:rPr>
          <w:rFonts w:ascii="Cambria" w:hAnsi="Cambria" w:eastAsia="Cambria" w:cs="Cambria"/>
          <w:noProof w:val="0"/>
          <w:sz w:val="22"/>
          <w:szCs w:val="22"/>
          <w:lang w:val="en-US"/>
        </w:rPr>
        <w:t>Wanneer vooraf gemaakte afspraken, instructies of omstandigheden die van belang waren bij het aannemen van een opdracht door de opdrachtgever worden gewijzigd, kan Kattenoppas Mimi beoordelen of de opdracht onder de gewijzigde omstandigheden nog verantwoord kan worden uitgevoerd. Wanneer dit naar het oordeel van Kattenoppas Mimi niet het geval is, kan zij de opdracht alsnog weigeren of beëindigen.</w:t>
      </w:r>
    </w:p>
    <w:p w:rsidR="61FEAB95" w:rsidP="7289117C" w:rsidRDefault="61FEAB95" w14:paraId="7741210C" w14:textId="3BBEC8A7">
      <w:pPr>
        <w:spacing w:before="240" w:beforeAutospacing="off" w:after="240" w:afterAutospacing="off"/>
      </w:pPr>
      <w:r w:rsidRPr="7289117C" w:rsidR="61FEAB95">
        <w:rPr>
          <w:rFonts w:ascii="Cambria" w:hAnsi="Cambria" w:eastAsia="Cambria" w:cs="Cambria"/>
          <w:noProof w:val="0"/>
          <w:sz w:val="22"/>
          <w:szCs w:val="22"/>
          <w:lang w:val="en-US"/>
        </w:rPr>
        <w:t>Wanneer Kattenoppas Mimi ondanks een dergelijke wijziging besluit de opdracht voort te zetten, kan zij niet verantwoordelijk worden gehouden voor schade, gevolgen of problemen die rechtstreeks voortvloeien uit de gewijzigde omstandigheden of het niet opvolgen van eerder afgesproken adviezen of instructies.</w:t>
      </w:r>
    </w:p>
    <w:p w:rsidR="61FEAB95" w:rsidP="7289117C" w:rsidRDefault="61FEAB95" w14:paraId="0B4DCC6B" w14:textId="62869FD3">
      <w:pPr>
        <w:spacing w:before="240" w:beforeAutospacing="off" w:after="240" w:afterAutospacing="off"/>
      </w:pPr>
      <w:r w:rsidRPr="7289117C" w:rsidR="61FEAB95">
        <w:rPr>
          <w:rFonts w:ascii="Cambria" w:hAnsi="Cambria" w:eastAsia="Cambria" w:cs="Cambria"/>
          <w:noProof w:val="0"/>
          <w:sz w:val="22"/>
          <w:szCs w:val="22"/>
          <w:lang w:val="en-US"/>
        </w:rPr>
        <w:t>Dit geldt in het bijzonder wanneer de gewijzigde omstandigheden afwijken van de informatie waarop de acceptatie van de opdracht was gebaseerd.</w:t>
      </w:r>
    </w:p>
    <w:p w:rsidR="7289117C" w:rsidP="7289117C" w:rsidRDefault="7289117C" w14:paraId="14399909" w14:textId="5DF3D6EE">
      <w:pPr>
        <w:spacing w:before="240" w:beforeAutospacing="off" w:after="240" w:afterAutospacing="off"/>
        <w:rPr>
          <w:rFonts w:ascii="Cambria" w:hAnsi="Cambria" w:eastAsia="Cambria" w:cs="Cambria"/>
          <w:noProof w:val="0"/>
          <w:sz w:val="22"/>
          <w:szCs w:val="22"/>
          <w:lang w:val="en-US"/>
        </w:rPr>
      </w:pPr>
    </w:p>
    <w:p w:rsidR="7289117C" w:rsidP="7289117C" w:rsidRDefault="7289117C" w14:paraId="610F99FD" w14:textId="5B774AC3">
      <w:pPr>
        <w:pStyle w:val="Normal"/>
        <w:spacing w:before="240" w:beforeAutospacing="off" w:after="240" w:afterAutospacing="off"/>
        <w:rPr>
          <w:rFonts w:ascii="Cambria" w:hAnsi="Cambria" w:eastAsia="Cambria" w:cs="Cambria"/>
          <w:noProof w:val="0"/>
          <w:sz w:val="22"/>
          <w:szCs w:val="22"/>
          <w:lang w:val="en-US"/>
        </w:rPr>
      </w:pPr>
    </w:p>
    <w:p w:rsidR="6AA92841" w:rsidP="43250E97" w:rsidRDefault="6AA92841" w14:paraId="3492D0ED" w14:textId="66C1C148">
      <w:pPr>
        <w:spacing w:before="240" w:beforeAutospacing="off" w:after="240" w:afterAutospacing="off"/>
      </w:pPr>
      <w:r w:rsidRPr="43250E97" w:rsidR="6AA92841">
        <w:rPr>
          <w:rFonts w:ascii="Cambria" w:hAnsi="Cambria" w:eastAsia="Cambria" w:cs="Cambria"/>
          <w:b w:val="1"/>
          <w:bCs w:val="1"/>
          <w:noProof w:val="0"/>
          <w:sz w:val="22"/>
          <w:szCs w:val="22"/>
          <w:lang w:val="en-US"/>
        </w:rPr>
        <w:t>Artikel 8 Dienstverlening en tarieven</w:t>
      </w:r>
    </w:p>
    <w:p w:rsidR="6AA92841" w:rsidP="43250E97" w:rsidRDefault="6AA92841" w14:paraId="00914529" w14:textId="036192DC">
      <w:pPr>
        <w:spacing w:before="240" w:beforeAutospacing="off" w:after="240" w:afterAutospacing="off"/>
      </w:pPr>
      <w:r w:rsidRPr="43250E97" w:rsidR="6AA92841">
        <w:rPr>
          <w:rFonts w:ascii="Cambria" w:hAnsi="Cambria" w:eastAsia="Cambria" w:cs="Cambria"/>
          <w:b w:val="1"/>
          <w:bCs w:val="1"/>
          <w:noProof w:val="0"/>
          <w:sz w:val="22"/>
          <w:szCs w:val="22"/>
          <w:lang w:val="en-US"/>
        </w:rPr>
        <w:t>8.1</w:t>
      </w:r>
      <w:r w:rsidRPr="43250E97" w:rsidR="6AA92841">
        <w:rPr>
          <w:rFonts w:ascii="Cambria" w:hAnsi="Cambria" w:eastAsia="Cambria" w:cs="Cambria"/>
          <w:noProof w:val="0"/>
          <w:sz w:val="22"/>
          <w:szCs w:val="22"/>
          <w:lang w:val="en-US"/>
        </w:rPr>
        <w:t xml:space="preserve"> De actuele tarieven van Kattenoppas Mimi zijn te vinden op de website. Door het aanvragen en bevestigen van een oppasopdracht verklaart de opdrachtgever zich op de hoogte van de geldende tarieven.</w:t>
      </w:r>
    </w:p>
    <w:p w:rsidR="6AA92841" w:rsidP="43250E97" w:rsidRDefault="6AA92841" w14:paraId="6C53BF0B" w14:textId="4907EEC6">
      <w:pPr>
        <w:spacing w:before="240" w:beforeAutospacing="off" w:after="240" w:afterAutospacing="off"/>
      </w:pPr>
      <w:r w:rsidRPr="43250E97" w:rsidR="6AA92841">
        <w:rPr>
          <w:rFonts w:ascii="Cambria" w:hAnsi="Cambria" w:eastAsia="Cambria" w:cs="Cambria"/>
          <w:noProof w:val="0"/>
          <w:sz w:val="22"/>
          <w:szCs w:val="22"/>
          <w:lang w:val="en-US"/>
        </w:rPr>
        <w:t>Sommige werkzaamheden zijn kleine extra services en worden alleen uitgevoerd indien dit praktisch uitvoerbaar is en niet belastend is voor de opdrachtnemer. De focus van de dienstverlening ligt altijd op de zorg en aandacht voor de kat(ten).</w:t>
      </w:r>
    </w:p>
    <w:p w:rsidR="6AA92841" w:rsidP="43250E97" w:rsidRDefault="6AA92841" w14:paraId="7C97B9B5" w14:textId="3A0DA9AE">
      <w:pPr>
        <w:spacing w:before="240" w:beforeAutospacing="off" w:after="240" w:afterAutospacing="off"/>
      </w:pPr>
      <w:r w:rsidRPr="43250E97" w:rsidR="6AA92841">
        <w:rPr>
          <w:rFonts w:ascii="Cambria" w:hAnsi="Cambria" w:eastAsia="Cambria" w:cs="Cambria"/>
          <w:b w:val="1"/>
          <w:bCs w:val="1"/>
          <w:noProof w:val="0"/>
          <w:sz w:val="22"/>
          <w:szCs w:val="22"/>
          <w:lang w:val="en-US"/>
        </w:rPr>
        <w:t>8.2 Standaard dienstverlening</w:t>
      </w:r>
    </w:p>
    <w:p w:rsidR="6AA92841" w:rsidP="43250E97" w:rsidRDefault="6AA92841" w14:paraId="178CE56C" w14:textId="4BF03F6F">
      <w:pPr>
        <w:spacing w:before="240" w:beforeAutospacing="off" w:after="240" w:afterAutospacing="off"/>
      </w:pPr>
      <w:r w:rsidRPr="43250E97" w:rsidR="6AA92841">
        <w:rPr>
          <w:rFonts w:ascii="Cambria" w:hAnsi="Cambria" w:eastAsia="Cambria" w:cs="Cambria"/>
          <w:noProof w:val="0"/>
          <w:sz w:val="22"/>
          <w:szCs w:val="22"/>
          <w:lang w:val="en-US"/>
        </w:rPr>
        <w:t>De standaard dienstverlening omvat:</w:t>
      </w:r>
    </w:p>
    <w:p w:rsidR="6AA92841" w:rsidP="43250E97" w:rsidRDefault="6AA92841" w14:paraId="4356E992" w14:textId="54B1D481">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eten en drinken verzorgen;</w:t>
      </w:r>
    </w:p>
    <w:p w:rsidR="6AA92841" w:rsidP="43250E97" w:rsidRDefault="6AA92841" w14:paraId="6BFAC13E" w14:textId="2DB27ACD">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eventueel medicatie toedienen, indien vooraf afgesproken;</w:t>
      </w:r>
    </w:p>
    <w:p w:rsidR="6AA92841" w:rsidP="43250E97" w:rsidRDefault="6AA92841" w14:paraId="39804B10" w14:textId="78F1F400">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kattenbak leegscheppen en/of verschonen;</w:t>
      </w:r>
    </w:p>
    <w:p w:rsidR="6AA92841" w:rsidP="43250E97" w:rsidRDefault="6AA92841" w14:paraId="0BB91AE8" w14:textId="01734D20">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opruimen van ongelukjes;</w:t>
      </w:r>
    </w:p>
    <w:p w:rsidR="6AA92841" w:rsidP="43250E97" w:rsidRDefault="6AA92841" w14:paraId="2386A88C" w14:textId="2FE3BB87">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eventuele vachtverzorging;</w:t>
      </w:r>
    </w:p>
    <w:p w:rsidR="6AA92841" w:rsidP="43250E97" w:rsidRDefault="6AA92841" w14:paraId="6585B1D4" w14:textId="21EB2595">
      <w:pPr>
        <w:pStyle w:val="ListParagraph"/>
        <w:numPr>
          <w:ilvl w:val="0"/>
          <w:numId w:val="31"/>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sleutellabel en het retourneren van sleutels.</w:t>
      </w:r>
    </w:p>
    <w:p w:rsidR="6AA92841" w:rsidP="43250E97" w:rsidRDefault="6AA92841" w14:paraId="2D8A7F00" w14:textId="4B9D70F6">
      <w:pPr>
        <w:spacing w:before="240" w:beforeAutospacing="off" w:after="240" w:afterAutospacing="off"/>
      </w:pPr>
      <w:r w:rsidRPr="43250E97" w:rsidR="6AA92841">
        <w:rPr>
          <w:rFonts w:ascii="Cambria" w:hAnsi="Cambria" w:eastAsia="Cambria" w:cs="Cambria"/>
          <w:b w:val="1"/>
          <w:bCs w:val="1"/>
          <w:noProof w:val="0"/>
          <w:sz w:val="22"/>
          <w:szCs w:val="22"/>
          <w:lang w:val="en-US"/>
        </w:rPr>
        <w:t>8.3 Extra werkzaamheden / kleine service</w:t>
      </w:r>
    </w:p>
    <w:p w:rsidR="6AA92841" w:rsidP="43250E97" w:rsidRDefault="6AA92841" w14:paraId="2F81E5A6" w14:textId="3EA544A7">
      <w:pPr>
        <w:spacing w:before="240" w:beforeAutospacing="off" w:after="240" w:afterAutospacing="off"/>
      </w:pPr>
      <w:r w:rsidRPr="43250E97" w:rsidR="6AA92841">
        <w:rPr>
          <w:rFonts w:ascii="Cambria" w:hAnsi="Cambria" w:eastAsia="Cambria" w:cs="Cambria"/>
          <w:noProof w:val="0"/>
          <w:sz w:val="22"/>
          <w:szCs w:val="22"/>
          <w:lang w:val="en-US"/>
        </w:rPr>
        <w:t>De volgende werkzaamheden kunnen worden uitgevoerd indien dit praktisch uitvoerbaar is en niet belastend is voor de opdrachtnemer:</w:t>
      </w:r>
    </w:p>
    <w:p w:rsidR="6AA92841" w:rsidP="43250E97" w:rsidRDefault="6AA92841" w14:paraId="3DDEB6DD" w14:textId="4256E34A">
      <w:pPr>
        <w:pStyle w:val="ListParagraph"/>
        <w:numPr>
          <w:ilvl w:val="0"/>
          <w:numId w:val="32"/>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post uit het zicht leggen;</w:t>
      </w:r>
    </w:p>
    <w:p w:rsidR="6AA92841" w:rsidP="43250E97" w:rsidRDefault="6AA92841" w14:paraId="43F3CB64" w14:textId="7694DBEE">
      <w:pPr>
        <w:pStyle w:val="ListParagraph"/>
        <w:numPr>
          <w:ilvl w:val="0"/>
          <w:numId w:val="32"/>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binnenplanten water geven;</w:t>
      </w:r>
    </w:p>
    <w:p w:rsidR="6AA92841" w:rsidP="43250E97" w:rsidRDefault="6AA92841" w14:paraId="5388CB51" w14:textId="2ACBF3D2">
      <w:pPr>
        <w:pStyle w:val="ListParagraph"/>
        <w:numPr>
          <w:ilvl w:val="0"/>
          <w:numId w:val="32"/>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bij een oppasperiode van minimaal 5 dagen aan het einde van de periode stofzuigen rondom de kattenbak.</w:t>
      </w:r>
    </w:p>
    <w:p w:rsidR="6AA92841" w:rsidP="43250E97" w:rsidRDefault="6AA92841" w14:paraId="7C54B760" w14:textId="59B48BC8">
      <w:pPr>
        <w:spacing w:before="240" w:beforeAutospacing="off" w:after="240" w:afterAutospacing="off"/>
      </w:pPr>
      <w:r w:rsidRPr="43250E97" w:rsidR="6AA92841">
        <w:rPr>
          <w:rFonts w:ascii="Cambria" w:hAnsi="Cambria" w:eastAsia="Cambria" w:cs="Cambria"/>
          <w:noProof w:val="0"/>
          <w:sz w:val="22"/>
          <w:szCs w:val="22"/>
          <w:lang w:val="en-US"/>
        </w:rPr>
        <w:t>Kattenoppas Mimi is een kattenoppas en geen interieurverzorgster. Achterstallig schoonmaakwerk, grote schoonmaakwerkzaamheden of het schoon en opgeruimd achterlaten van de woning vallen niet onder de verantwoordelijkheid van de opdrachtnemer.</w:t>
      </w:r>
    </w:p>
    <w:p w:rsidR="6AA92841" w:rsidP="43250E97" w:rsidRDefault="6AA92841" w14:paraId="4585AC40" w14:textId="6D604270">
      <w:pPr>
        <w:spacing w:before="240" w:beforeAutospacing="off" w:after="240" w:afterAutospacing="off"/>
      </w:pPr>
      <w:r w:rsidRPr="43250E97" w:rsidR="6AA92841">
        <w:rPr>
          <w:rFonts w:ascii="Cambria" w:hAnsi="Cambria" w:eastAsia="Cambria" w:cs="Cambria"/>
          <w:b w:val="1"/>
          <w:bCs w:val="1"/>
          <w:noProof w:val="0"/>
          <w:sz w:val="22"/>
          <w:szCs w:val="22"/>
          <w:lang w:val="en-US"/>
        </w:rPr>
        <w:t>8.4 Niet inbegrepen</w:t>
      </w:r>
    </w:p>
    <w:p w:rsidR="6AA92841" w:rsidP="43250E97" w:rsidRDefault="6AA92841" w14:paraId="665BC83F" w14:textId="2B168C9B">
      <w:pPr>
        <w:spacing w:before="240" w:beforeAutospacing="off" w:after="240" w:afterAutospacing="off"/>
      </w:pPr>
      <w:r w:rsidRPr="43250E97" w:rsidR="6AA92841">
        <w:rPr>
          <w:rFonts w:ascii="Cambria" w:hAnsi="Cambria" w:eastAsia="Cambria" w:cs="Cambria"/>
          <w:noProof w:val="0"/>
          <w:sz w:val="22"/>
          <w:szCs w:val="22"/>
          <w:lang w:val="en-US"/>
        </w:rPr>
        <w:t>Kosten voor een dierenartsbezoek zijn niet inbegrepen bij de standaard dienstverlening. Indien noodzakelijk kan Kattenoppas Mimi met een kat naar de dierenarts gaan. De hieraan verbonden kosten worden afzonderlijk aan de opdrachtgever doorberekend, overeenkomstig de geldende prijslijst.</w:t>
      </w:r>
    </w:p>
    <w:p w:rsidR="6AA92841" w:rsidP="43250E97" w:rsidRDefault="6AA92841" w14:paraId="285BE641" w14:textId="1E701E76">
      <w:pPr>
        <w:spacing w:before="240" w:beforeAutospacing="off" w:after="240" w:afterAutospacing="off"/>
      </w:pPr>
      <w:r w:rsidRPr="43250E97" w:rsidR="6AA92841">
        <w:rPr>
          <w:rFonts w:ascii="Cambria" w:hAnsi="Cambria" w:eastAsia="Cambria" w:cs="Cambria"/>
          <w:noProof w:val="0"/>
          <w:sz w:val="22"/>
          <w:szCs w:val="22"/>
          <w:lang w:val="en-US"/>
        </w:rPr>
        <w:t>De volgende werkzaamheden vallen niet onder de standaard dienstverlening en worden niet uitgevoerd:</w:t>
      </w:r>
    </w:p>
    <w:p w:rsidR="6AA92841" w:rsidP="43250E97" w:rsidRDefault="6AA92841" w14:paraId="1132B2AB" w14:textId="175C08D0">
      <w:pPr>
        <w:pStyle w:val="ListParagraph"/>
        <w:numPr>
          <w:ilvl w:val="0"/>
          <w:numId w:val="33"/>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verzorging van andere kleine huisdieren, zoals het schoonmaken van hokken of het verzorgen van andere dieren;</w:t>
      </w:r>
    </w:p>
    <w:p w:rsidR="6AA92841" w:rsidP="43250E97" w:rsidRDefault="6AA92841" w14:paraId="394EBCA9" w14:textId="53451D72">
      <w:pPr>
        <w:pStyle w:val="ListParagraph"/>
        <w:numPr>
          <w:ilvl w:val="0"/>
          <w:numId w:val="33"/>
        </w:numPr>
        <w:spacing w:before="240" w:beforeAutospacing="off" w:after="240" w:afterAutospacing="off"/>
        <w:rPr>
          <w:rFonts w:ascii="Cambria" w:hAnsi="Cambria" w:eastAsia="Cambria" w:cs="Cambria"/>
          <w:noProof w:val="0"/>
          <w:sz w:val="22"/>
          <w:szCs w:val="22"/>
          <w:lang w:val="en-US"/>
        </w:rPr>
      </w:pPr>
      <w:r w:rsidRPr="43250E97" w:rsidR="6AA92841">
        <w:rPr>
          <w:rFonts w:ascii="Cambria" w:hAnsi="Cambria" w:eastAsia="Cambria" w:cs="Cambria"/>
          <w:noProof w:val="0"/>
          <w:sz w:val="22"/>
          <w:szCs w:val="22"/>
          <w:lang w:val="en-US"/>
        </w:rPr>
        <w:t>water geven van buitenplanten en/of het sproeien van de tuin.</w:t>
      </w:r>
    </w:p>
    <w:p w:rsidR="43250E97" w:rsidP="43250E97" w:rsidRDefault="43250E97" w14:paraId="07929131" w14:textId="7BF201F4">
      <w:pPr>
        <w:pStyle w:val="Normal"/>
        <w:spacing w:before="240" w:beforeAutospacing="off" w:after="240" w:afterAutospacing="off"/>
        <w:rPr>
          <w:rFonts w:ascii="Cambria" w:hAnsi="Cambria" w:eastAsia="Cambria" w:cs="Cambria"/>
          <w:noProof w:val="0"/>
          <w:sz w:val="22"/>
          <w:szCs w:val="22"/>
          <w:lang w:val="en-US"/>
        </w:rPr>
      </w:pPr>
    </w:p>
    <w:p w:rsidR="71710F20" w:rsidP="43250E97" w:rsidRDefault="71710F20" w14:paraId="2C825D06" w14:textId="7B74AF2F">
      <w:pPr>
        <w:spacing w:before="240" w:beforeAutospacing="off" w:after="240" w:afterAutospacing="off"/>
      </w:pPr>
      <w:r w:rsidRPr="43250E97" w:rsidR="71710F20">
        <w:rPr>
          <w:rFonts w:ascii="Cambria" w:hAnsi="Cambria" w:eastAsia="Cambria" w:cs="Cambria"/>
          <w:b w:val="1"/>
          <w:bCs w:val="1"/>
          <w:noProof w:val="0"/>
          <w:sz w:val="22"/>
          <w:szCs w:val="22"/>
          <w:lang w:val="en-US"/>
        </w:rPr>
        <w:t>Artikel 9 Boeking en betaling</w:t>
      </w:r>
    </w:p>
    <w:p w:rsidR="71710F20" w:rsidP="43250E97" w:rsidRDefault="71710F20" w14:paraId="34929A76" w14:textId="79C313CC">
      <w:pPr>
        <w:spacing w:before="240" w:beforeAutospacing="off" w:after="240" w:afterAutospacing="off"/>
      </w:pPr>
      <w:r w:rsidRPr="43250E97" w:rsidR="71710F20">
        <w:rPr>
          <w:rFonts w:ascii="Cambria" w:hAnsi="Cambria" w:eastAsia="Cambria" w:cs="Cambria"/>
          <w:b w:val="1"/>
          <w:bCs w:val="1"/>
          <w:noProof w:val="0"/>
          <w:sz w:val="22"/>
          <w:szCs w:val="22"/>
          <w:lang w:val="en-US"/>
        </w:rPr>
        <w:t>9.1 Totstandkoming van de overeenkomst</w:t>
      </w:r>
    </w:p>
    <w:p w:rsidR="71710F20" w:rsidP="43250E97" w:rsidRDefault="71710F20" w14:paraId="1BE08540" w14:textId="69EA83D0">
      <w:pPr>
        <w:spacing w:before="240" w:beforeAutospacing="off" w:after="240" w:afterAutospacing="off"/>
      </w:pPr>
      <w:r w:rsidRPr="43250E97" w:rsidR="71710F20">
        <w:rPr>
          <w:rFonts w:ascii="Cambria" w:hAnsi="Cambria" w:eastAsia="Cambria" w:cs="Cambria"/>
          <w:noProof w:val="0"/>
          <w:sz w:val="22"/>
          <w:szCs w:val="22"/>
          <w:lang w:val="en-US"/>
        </w:rPr>
        <w:t>Bij een eerste boeking komt de oppasovereenkomst tot stand na ondertekening van de oppasovereenkomst door de opdrachtgever.</w:t>
      </w:r>
    </w:p>
    <w:p w:rsidR="71710F20" w:rsidP="43250E97" w:rsidRDefault="71710F20" w14:paraId="6DAAE05B" w14:textId="0FFD81A2">
      <w:pPr>
        <w:spacing w:before="240" w:beforeAutospacing="off" w:after="240" w:afterAutospacing="off"/>
      </w:pPr>
      <w:r w:rsidRPr="43250E97" w:rsidR="71710F20">
        <w:rPr>
          <w:rFonts w:ascii="Cambria" w:hAnsi="Cambria" w:eastAsia="Cambria" w:cs="Cambria"/>
          <w:noProof w:val="0"/>
          <w:sz w:val="22"/>
          <w:szCs w:val="22"/>
          <w:lang w:val="en-US"/>
        </w:rPr>
        <w:t>Bij een vervolgboeking komt de overeenkomst tot stand na bevestiging van de boeking door Kattenoppas Mimi. De opdrachtgever ontvangt hiervan een afzonderlijke bevestiging.</w:t>
      </w:r>
    </w:p>
    <w:p w:rsidR="71710F20" w:rsidP="43250E97" w:rsidRDefault="71710F20" w14:paraId="31B34D56" w14:textId="59E9A7E6">
      <w:pPr>
        <w:spacing w:before="240" w:beforeAutospacing="off" w:after="240" w:afterAutospacing="off"/>
      </w:pPr>
      <w:r w:rsidRPr="43250E97" w:rsidR="71710F20">
        <w:rPr>
          <w:rFonts w:ascii="Cambria" w:hAnsi="Cambria" w:eastAsia="Cambria" w:cs="Cambria"/>
          <w:noProof w:val="0"/>
          <w:sz w:val="22"/>
          <w:szCs w:val="22"/>
          <w:lang w:val="en-US"/>
        </w:rPr>
        <w:t>Bij vervolgboekingen is ondertekening van de oppasovereenkomst niet nodig. Door betaling van de aanbetaling tijdens schoolvakantieperiodes of het volledige bedrag buiten schoolvakantieperiodes gaat de opdrachtgever akkoord met de oppasovereenkomst en deze Algemene Voorwaarden.</w:t>
      </w:r>
    </w:p>
    <w:p w:rsidR="71710F20" w:rsidP="43250E97" w:rsidRDefault="71710F20" w14:paraId="01E234F3" w14:textId="3841D95B">
      <w:pPr>
        <w:spacing w:before="240" w:beforeAutospacing="off" w:after="240" w:afterAutospacing="off"/>
      </w:pPr>
      <w:r w:rsidRPr="43250E97" w:rsidR="71710F20">
        <w:rPr>
          <w:rFonts w:ascii="Cambria" w:hAnsi="Cambria" w:eastAsia="Cambria" w:cs="Cambria"/>
          <w:b w:val="1"/>
          <w:bCs w:val="1"/>
          <w:noProof w:val="0"/>
          <w:sz w:val="22"/>
          <w:szCs w:val="22"/>
          <w:lang w:val="en-US"/>
        </w:rPr>
        <w:t>9.2 Boekingen buiten schoolvakantieperiodes</w:t>
      </w:r>
    </w:p>
    <w:p w:rsidR="71710F20" w:rsidP="43250E97" w:rsidRDefault="71710F20" w14:paraId="7317B3C5" w14:textId="5F828F47">
      <w:pPr>
        <w:spacing w:before="240" w:beforeAutospacing="off" w:after="240" w:afterAutospacing="off"/>
      </w:pPr>
      <w:r w:rsidRPr="43250E97" w:rsidR="71710F20">
        <w:rPr>
          <w:rFonts w:ascii="Cambria" w:hAnsi="Cambria" w:eastAsia="Cambria" w:cs="Cambria"/>
          <w:noProof w:val="0"/>
          <w:sz w:val="22"/>
          <w:szCs w:val="22"/>
          <w:lang w:val="en-US"/>
        </w:rPr>
        <w:t>De factuur voor het volledige bedrag wordt 14 dagen voor aanvang van de oppasperiode verzonden en dient uiterlijk 7 dagen voor aanvang te zijn voldaan.</w:t>
      </w:r>
    </w:p>
    <w:p w:rsidR="71710F20" w:rsidP="43250E97" w:rsidRDefault="71710F20" w14:paraId="1C2AE2AF" w14:textId="609A6251">
      <w:pPr>
        <w:spacing w:before="240" w:beforeAutospacing="off" w:after="240" w:afterAutospacing="off"/>
      </w:pPr>
      <w:r w:rsidRPr="43250E97" w:rsidR="71710F20">
        <w:rPr>
          <w:rFonts w:ascii="Cambria" w:hAnsi="Cambria" w:eastAsia="Cambria" w:cs="Cambria"/>
          <w:b w:val="1"/>
          <w:bCs w:val="1"/>
          <w:noProof w:val="0"/>
          <w:sz w:val="22"/>
          <w:szCs w:val="22"/>
          <w:lang w:val="en-US"/>
        </w:rPr>
        <w:t>9.3 Boekingen tijdens schoolvakantieperiodes</w:t>
      </w:r>
    </w:p>
    <w:p w:rsidR="71710F20" w:rsidP="43250E97" w:rsidRDefault="71710F20" w14:paraId="12562166" w14:textId="41D525AA">
      <w:pPr>
        <w:spacing w:before="240" w:beforeAutospacing="off" w:after="240" w:afterAutospacing="off"/>
      </w:pPr>
      <w:r w:rsidRPr="43250E97" w:rsidR="71710F20">
        <w:rPr>
          <w:rFonts w:ascii="Cambria" w:hAnsi="Cambria" w:eastAsia="Cambria" w:cs="Cambria"/>
          <w:noProof w:val="0"/>
          <w:sz w:val="22"/>
          <w:szCs w:val="22"/>
          <w:lang w:val="en-US"/>
        </w:rPr>
        <w:t>Voor boekingen tijdens schoolvakantieperiodes wordt een aanbetaling van 50% gevraagd. De boeking is definitief na ontvangst van deze aanbetaling.</w:t>
      </w:r>
    </w:p>
    <w:p w:rsidR="71710F20" w:rsidP="43250E97" w:rsidRDefault="71710F20" w14:paraId="7C942818" w14:textId="4D05C3CE">
      <w:pPr>
        <w:spacing w:before="240" w:beforeAutospacing="off" w:after="240" w:afterAutospacing="off"/>
      </w:pPr>
      <w:r w:rsidRPr="43250E97" w:rsidR="71710F20">
        <w:rPr>
          <w:rFonts w:ascii="Cambria" w:hAnsi="Cambria" w:eastAsia="Cambria" w:cs="Cambria"/>
          <w:noProof w:val="0"/>
          <w:sz w:val="22"/>
          <w:szCs w:val="22"/>
          <w:lang w:val="en-US"/>
        </w:rPr>
        <w:t>Het resterende bedrag wordt 14 dagen voor aanvang van de oppasperiode gefactureerd en dient uiterlijk 7 dagen voor aanvang te zijn voldaan.</w:t>
      </w:r>
    </w:p>
    <w:p w:rsidR="71710F20" w:rsidP="43250E97" w:rsidRDefault="71710F20" w14:paraId="7A3755F3" w14:textId="7878F679">
      <w:pPr>
        <w:spacing w:before="240" w:beforeAutospacing="off" w:after="240" w:afterAutospacing="off"/>
      </w:pPr>
      <w:r w:rsidRPr="43250E97" w:rsidR="71710F20">
        <w:rPr>
          <w:rFonts w:ascii="Cambria" w:hAnsi="Cambria" w:eastAsia="Cambria" w:cs="Cambria"/>
          <w:b w:val="1"/>
          <w:bCs w:val="1"/>
          <w:noProof w:val="0"/>
          <w:sz w:val="22"/>
          <w:szCs w:val="22"/>
          <w:lang w:val="en-US"/>
        </w:rPr>
        <w:t>9.4 Combinatie van vakantie- en niet-vakantiedagen</w:t>
      </w:r>
    </w:p>
    <w:p w:rsidR="71710F20" w:rsidP="43250E97" w:rsidRDefault="71710F20" w14:paraId="56294966" w14:textId="1D9F5A89">
      <w:pPr>
        <w:spacing w:before="240" w:beforeAutospacing="off" w:after="240" w:afterAutospacing="off"/>
      </w:pPr>
      <w:r w:rsidRPr="43250E97" w:rsidR="71710F20">
        <w:rPr>
          <w:rFonts w:ascii="Cambria" w:hAnsi="Cambria" w:eastAsia="Cambria" w:cs="Cambria"/>
          <w:noProof w:val="0"/>
          <w:sz w:val="22"/>
          <w:szCs w:val="22"/>
          <w:lang w:val="en-US"/>
        </w:rPr>
        <w:t>Wanneer een oppasperiode geheel of gedeeltelijk samenvalt met een schoolvakantie van regio Midden-Nederland, gelden de voorwaarden voor schoolvakanties voor de volledige oppasperiode, ongeacht het aantal dagen dat binnen of buiten de schoolvakantie valt.</w:t>
      </w:r>
    </w:p>
    <w:p w:rsidR="71710F20" w:rsidP="43250E97" w:rsidRDefault="71710F20" w14:paraId="6B7E5463" w14:textId="683A0704">
      <w:pPr>
        <w:spacing w:before="240" w:beforeAutospacing="off" w:after="240" w:afterAutospacing="off"/>
      </w:pPr>
      <w:r w:rsidRPr="43250E97" w:rsidR="71710F20">
        <w:rPr>
          <w:rFonts w:ascii="Cambria" w:hAnsi="Cambria" w:eastAsia="Cambria" w:cs="Cambria"/>
          <w:b w:val="1"/>
          <w:bCs w:val="1"/>
          <w:noProof w:val="0"/>
          <w:sz w:val="22"/>
          <w:szCs w:val="22"/>
          <w:lang w:val="en-US"/>
        </w:rPr>
        <w:t>9.5 Niet-tijdige betaling</w:t>
      </w:r>
    </w:p>
    <w:p w:rsidR="71710F20" w:rsidP="43250E97" w:rsidRDefault="71710F20" w14:paraId="0D9916C0" w14:textId="5D5CC138">
      <w:pPr>
        <w:spacing w:before="240" w:beforeAutospacing="off" w:after="240" w:afterAutospacing="off"/>
      </w:pPr>
      <w:r w:rsidRPr="43250E97" w:rsidR="71710F20">
        <w:rPr>
          <w:rFonts w:ascii="Cambria" w:hAnsi="Cambria" w:eastAsia="Cambria" w:cs="Cambria"/>
          <w:noProof w:val="0"/>
          <w:sz w:val="22"/>
          <w:szCs w:val="22"/>
          <w:lang w:val="en-US"/>
        </w:rPr>
        <w:t>Wanneer een betaling niet tijdig is ontvangen, wordt één betalingsherinnering gestuurd met een aanvullende betalingstermijn van 2 dagen.</w:t>
      </w:r>
    </w:p>
    <w:p w:rsidR="71710F20" w:rsidP="43250E97" w:rsidRDefault="71710F20" w14:paraId="6E25C3A4" w14:textId="5F9B1877">
      <w:pPr>
        <w:spacing w:before="240" w:beforeAutospacing="off" w:after="240" w:afterAutospacing="off"/>
      </w:pPr>
      <w:r w:rsidRPr="43250E97" w:rsidR="71710F20">
        <w:rPr>
          <w:rFonts w:ascii="Cambria" w:hAnsi="Cambria" w:eastAsia="Cambria" w:cs="Cambria"/>
          <w:noProof w:val="0"/>
          <w:sz w:val="22"/>
          <w:szCs w:val="22"/>
          <w:lang w:val="en-US"/>
        </w:rPr>
        <w:t>Wanneer betaling ook binnen deze termijn uitblijft, vervalt de overeenkomst automatisch.</w:t>
      </w:r>
    </w:p>
    <w:p w:rsidR="71710F20" w:rsidP="43250E97" w:rsidRDefault="71710F20" w14:paraId="745EC89A" w14:textId="657A37B8">
      <w:pPr>
        <w:spacing w:before="240" w:beforeAutospacing="off" w:after="240" w:afterAutospacing="off"/>
      </w:pPr>
      <w:r w:rsidRPr="43250E97" w:rsidR="71710F20">
        <w:rPr>
          <w:rFonts w:ascii="Cambria" w:hAnsi="Cambria" w:eastAsia="Cambria" w:cs="Cambria"/>
          <w:noProof w:val="0"/>
          <w:sz w:val="22"/>
          <w:szCs w:val="22"/>
          <w:lang w:val="en-US"/>
        </w:rPr>
        <w:t>Tot het moment waarop de overeenkomst wegens niet-betaling vervalt, blijft annuleren mogelijk overeenkomstig de bepalingen van artikel 10. Voor boekingen tijdens schoolvakantieperiodes gelden de annuleringsvoorwaarden van artikel 10.</w:t>
      </w:r>
    </w:p>
    <w:p w:rsidR="71710F20" w:rsidP="43250E97" w:rsidRDefault="71710F20" w14:paraId="46D99204" w14:textId="6EAC6CB5">
      <w:pPr>
        <w:spacing w:before="240" w:beforeAutospacing="off" w:after="240" w:afterAutospacing="off"/>
      </w:pPr>
      <w:r w:rsidRPr="43250E97" w:rsidR="71710F20">
        <w:rPr>
          <w:rFonts w:ascii="Cambria" w:hAnsi="Cambria" w:eastAsia="Cambria" w:cs="Cambria"/>
          <w:b w:val="1"/>
          <w:bCs w:val="1"/>
          <w:noProof w:val="0"/>
          <w:sz w:val="22"/>
          <w:szCs w:val="22"/>
          <w:lang w:val="en-US"/>
        </w:rPr>
        <w:t>9.6 Betaling</w:t>
      </w:r>
    </w:p>
    <w:p w:rsidR="71710F20" w:rsidP="43250E97" w:rsidRDefault="71710F20" w14:paraId="7836C07B" w14:textId="5C2FD744">
      <w:pPr>
        <w:spacing w:before="240" w:beforeAutospacing="off" w:after="240" w:afterAutospacing="off"/>
      </w:pPr>
      <w:r w:rsidRPr="43250E97" w:rsidR="71710F20">
        <w:rPr>
          <w:rFonts w:ascii="Cambria" w:hAnsi="Cambria" w:eastAsia="Cambria" w:cs="Cambria"/>
          <w:noProof w:val="0"/>
          <w:sz w:val="22"/>
          <w:szCs w:val="22"/>
          <w:lang w:val="en-US"/>
        </w:rPr>
        <w:t>Betaling dient te worden overgemaakt op het door Kattenoppas Mimi aangegeven bankrekeningnummer.</w:t>
      </w:r>
    </w:p>
    <w:p w:rsidR="43250E97" w:rsidP="43250E97" w:rsidRDefault="43250E97" w14:paraId="3948B99F" w14:textId="21B0F9B1">
      <w:pPr>
        <w:spacing w:before="240" w:beforeAutospacing="off" w:after="240" w:afterAutospacing="off"/>
        <w:rPr>
          <w:rFonts w:ascii="Cambria" w:hAnsi="Cambria" w:eastAsia="Cambria" w:cs="Cambria"/>
          <w:noProof w:val="0"/>
          <w:sz w:val="22"/>
          <w:szCs w:val="22"/>
          <w:lang w:val="en-US"/>
        </w:rPr>
      </w:pPr>
    </w:p>
    <w:p w:rsidR="62C665DB" w:rsidP="2EBDFBAD" w:rsidRDefault="62C665DB" w14:paraId="0576730F" w14:textId="25BF9152">
      <w:pPr>
        <w:spacing w:before="240" w:beforeAutospacing="off" w:after="240" w:afterAutospacing="off"/>
      </w:pPr>
      <w:r w:rsidRPr="43250E97" w:rsidR="7CFF1728">
        <w:rPr>
          <w:rFonts w:ascii="Cambria" w:hAnsi="Cambria" w:eastAsia="Cambria" w:cs="Cambria"/>
          <w:noProof w:val="0"/>
          <w:sz w:val="22"/>
          <w:szCs w:val="22"/>
          <w:lang w:val="en-US"/>
        </w:rPr>
        <w:t xml:space="preserve"> </w:t>
      </w:r>
    </w:p>
    <w:p w:rsidR="1CAA09BC" w:rsidP="1CAA09BC" w:rsidRDefault="1CAA09BC" w14:paraId="21FFCC9E" w14:textId="65F06C83">
      <w:pPr>
        <w:spacing w:before="240" w:beforeAutospacing="off" w:after="240" w:afterAutospacing="off"/>
      </w:pPr>
      <w:r w:rsidRPr="43250E97" w:rsidR="46E7EE47">
        <w:rPr>
          <w:rFonts w:ascii="Cambria" w:hAnsi="Cambria" w:eastAsia="Cambria" w:cs="Cambria"/>
          <w:b w:val="1"/>
          <w:bCs w:val="1"/>
          <w:noProof w:val="0"/>
          <w:sz w:val="22"/>
          <w:szCs w:val="22"/>
          <w:lang w:val="en-US"/>
        </w:rPr>
        <w:t>Artikel 10 Uitval, vervanging en annulering door Kattenoppas Mimi</w:t>
      </w:r>
    </w:p>
    <w:p w:rsidR="1CAA09BC" w:rsidP="1CAA09BC" w:rsidRDefault="1CAA09BC" w14:paraId="3185BA42" w14:textId="76CEBD5D">
      <w:pPr>
        <w:spacing w:before="240" w:beforeAutospacing="off" w:after="240" w:afterAutospacing="off"/>
      </w:pPr>
      <w:r w:rsidRPr="43250E97" w:rsidR="46E7EE47">
        <w:rPr>
          <w:rFonts w:ascii="Cambria" w:hAnsi="Cambria" w:eastAsia="Cambria" w:cs="Cambria"/>
          <w:b w:val="1"/>
          <w:bCs w:val="1"/>
          <w:noProof w:val="0"/>
          <w:sz w:val="22"/>
          <w:szCs w:val="22"/>
          <w:lang w:val="en-US"/>
        </w:rPr>
        <w:t>10.1 Uitval van de opdrachtnemer</w:t>
      </w:r>
    </w:p>
    <w:p w:rsidR="1CAA09BC" w:rsidP="1CAA09BC" w:rsidRDefault="1CAA09BC" w14:paraId="29DA43AB" w14:textId="33B4EDB4">
      <w:pPr>
        <w:spacing w:before="240" w:beforeAutospacing="off" w:after="240" w:afterAutospacing="off"/>
      </w:pPr>
      <w:r w:rsidRPr="43250E97" w:rsidR="46E7EE47">
        <w:rPr>
          <w:rFonts w:ascii="Cambria" w:hAnsi="Cambria" w:eastAsia="Cambria" w:cs="Cambria"/>
          <w:noProof w:val="0"/>
          <w:sz w:val="22"/>
          <w:szCs w:val="22"/>
          <w:lang w:val="en-US"/>
        </w:rPr>
        <w:t>In uitzonderlijke en ernstige gevallen, zoals overmacht of acute persoonlijke omstandigheden, behoudt Kattenoppas Mimi zich het recht voor om de overeenkomst tot uiterlijk 7 dagen vóór aanvang van de afgesproken zorgperiode te annuleren. De opdrachtgever wordt hierover zo spoedig mogelijk geïnformeerd.</w:t>
      </w:r>
    </w:p>
    <w:p w:rsidR="1CAA09BC" w:rsidP="1CAA09BC" w:rsidRDefault="1CAA09BC" w14:paraId="203327B5" w14:textId="03BA0EEE">
      <w:pPr>
        <w:spacing w:before="240" w:beforeAutospacing="off" w:after="240" w:afterAutospacing="off"/>
      </w:pPr>
      <w:r w:rsidRPr="43250E97" w:rsidR="46E7EE47">
        <w:rPr>
          <w:rFonts w:ascii="Cambria" w:hAnsi="Cambria" w:eastAsia="Cambria" w:cs="Cambria"/>
          <w:b w:val="1"/>
          <w:bCs w:val="1"/>
          <w:noProof w:val="0"/>
          <w:sz w:val="22"/>
          <w:szCs w:val="22"/>
          <w:lang w:val="en-US"/>
        </w:rPr>
        <w:t>10.2 Annulering door de opdrachtnemer</w:t>
      </w:r>
    </w:p>
    <w:p w:rsidR="1CAA09BC" w:rsidP="1CAA09BC" w:rsidRDefault="1CAA09BC" w14:paraId="7C09C14E" w14:textId="07603367">
      <w:pPr>
        <w:spacing w:before="240" w:beforeAutospacing="off" w:after="240" w:afterAutospacing="off"/>
      </w:pPr>
      <w:r w:rsidRPr="43250E97" w:rsidR="46E7EE47">
        <w:rPr>
          <w:rFonts w:ascii="Cambria" w:hAnsi="Cambria" w:eastAsia="Cambria" w:cs="Cambria"/>
          <w:noProof w:val="0"/>
          <w:sz w:val="22"/>
          <w:szCs w:val="22"/>
          <w:lang w:val="en-US"/>
        </w:rPr>
        <w:t>Bij annulering door Kattenoppas Mimi tot uiterlijk 7 dagen vóór aanvang van de afgesproken zorgperiode vindt volledige restitutie plaats, mits het bedrag reeds door de opdrachtgever is voldaan.</w:t>
      </w:r>
    </w:p>
    <w:p w:rsidR="1CAA09BC" w:rsidP="1CAA09BC" w:rsidRDefault="1CAA09BC" w14:paraId="770AA81D" w14:textId="374A67C2">
      <w:pPr>
        <w:spacing w:before="240" w:beforeAutospacing="off" w:after="240" w:afterAutospacing="off"/>
      </w:pPr>
      <w:r w:rsidRPr="43250E97" w:rsidR="46E7EE47">
        <w:rPr>
          <w:rFonts w:ascii="Cambria" w:hAnsi="Cambria" w:eastAsia="Cambria" w:cs="Cambria"/>
          <w:noProof w:val="0"/>
          <w:sz w:val="22"/>
          <w:szCs w:val="22"/>
          <w:lang w:val="en-US"/>
        </w:rPr>
        <w:t>Bij omstandigheden waardoor Kattenoppas Mimi binnen 7 dagen vóór aanvang niet zelf voor de verzorging kan zorgen, wordt de verzorging, indien mogelijk, voortgezet in aangepaste vorm zoals beschreven in artikel 10.3.</w:t>
      </w:r>
    </w:p>
    <w:p w:rsidR="1CAA09BC" w:rsidP="1CAA09BC" w:rsidRDefault="1CAA09BC" w14:paraId="22E87412" w14:textId="18971C53">
      <w:pPr>
        <w:spacing w:before="240" w:beforeAutospacing="off" w:after="240" w:afterAutospacing="off"/>
      </w:pPr>
      <w:r w:rsidRPr="43250E97" w:rsidR="46E7EE47">
        <w:rPr>
          <w:rFonts w:ascii="Cambria" w:hAnsi="Cambria" w:eastAsia="Cambria" w:cs="Cambria"/>
          <w:b w:val="1"/>
          <w:bCs w:val="1"/>
          <w:noProof w:val="0"/>
          <w:sz w:val="22"/>
          <w:szCs w:val="22"/>
          <w:lang w:val="en-US"/>
        </w:rPr>
        <w:t>10.3 Tijdelijke uitval en vervanging</w:t>
      </w:r>
    </w:p>
    <w:p w:rsidR="1CAA09BC" w:rsidP="1CAA09BC" w:rsidRDefault="1CAA09BC" w14:paraId="7EEAF394" w14:textId="499E3765">
      <w:pPr>
        <w:spacing w:before="240" w:beforeAutospacing="off" w:after="240" w:afterAutospacing="off"/>
      </w:pPr>
      <w:r w:rsidRPr="43250E97" w:rsidR="46E7EE47">
        <w:rPr>
          <w:rFonts w:ascii="Cambria" w:hAnsi="Cambria" w:eastAsia="Cambria" w:cs="Cambria"/>
          <w:noProof w:val="0"/>
          <w:sz w:val="22"/>
          <w:szCs w:val="22"/>
          <w:lang w:val="en-US"/>
        </w:rPr>
        <w:t>Bij tijdelijke uitval van Kattenoppas Mimi, bijvoorbeeld door ziekte, wordt de verzorging, mits de betaling reeds is voldaan, indien mogelijk overgenomen door een plaatsvervanger.</w:t>
      </w:r>
    </w:p>
    <w:p w:rsidR="1CAA09BC" w:rsidP="1CAA09BC" w:rsidRDefault="1CAA09BC" w14:paraId="2935DC24" w14:textId="661FE460">
      <w:pPr>
        <w:spacing w:before="240" w:beforeAutospacing="off" w:after="240" w:afterAutospacing="off"/>
      </w:pPr>
      <w:r w:rsidRPr="43250E97" w:rsidR="46E7EE47">
        <w:rPr>
          <w:rFonts w:ascii="Cambria" w:hAnsi="Cambria" w:eastAsia="Cambria" w:cs="Cambria"/>
          <w:noProof w:val="0"/>
          <w:sz w:val="22"/>
          <w:szCs w:val="22"/>
          <w:lang w:val="en-US"/>
        </w:rPr>
        <w:t>De plaatsvervanger verzorgt uitsluitend de basisbehoeften van de dieren, zoals voeding, het schoonmaken van de kattenbak en het toedienen van eventuele medicatie. De bezoektijd is in dat geval beperkt tot maximaal 10 à 15 minuten per bezoek en het tijdstip van het bezoek kan afwijken van de gebruikelijke bezoektijden.</w:t>
      </w:r>
    </w:p>
    <w:p w:rsidR="1CAA09BC" w:rsidP="1CAA09BC" w:rsidRDefault="1CAA09BC" w14:paraId="533C3027" w14:textId="671D5E8C">
      <w:pPr>
        <w:spacing w:before="240" w:beforeAutospacing="off" w:after="240" w:afterAutospacing="off"/>
      </w:pPr>
      <w:r w:rsidRPr="43250E97" w:rsidR="46E7EE47">
        <w:rPr>
          <w:rFonts w:ascii="Cambria" w:hAnsi="Cambria" w:eastAsia="Cambria" w:cs="Cambria"/>
          <w:noProof w:val="0"/>
          <w:sz w:val="22"/>
          <w:szCs w:val="22"/>
          <w:lang w:val="en-US"/>
        </w:rPr>
        <w:t>De opdrachtgever wordt persoonlijk op de hoogte gesteld van de situatie.</w:t>
      </w:r>
    </w:p>
    <w:p w:rsidR="1CAA09BC" w:rsidP="1CAA09BC" w:rsidRDefault="1CAA09BC" w14:paraId="4372FF84" w14:textId="20286B81">
      <w:pPr>
        <w:spacing w:before="240" w:beforeAutospacing="off" w:after="240" w:afterAutospacing="off"/>
      </w:pPr>
      <w:r w:rsidRPr="43250E97" w:rsidR="46E7EE47">
        <w:rPr>
          <w:rFonts w:ascii="Cambria" w:hAnsi="Cambria" w:eastAsia="Cambria" w:cs="Cambria"/>
          <w:noProof w:val="0"/>
          <w:sz w:val="22"/>
          <w:szCs w:val="22"/>
          <w:lang w:val="en-US"/>
        </w:rPr>
        <w:t>Indien de opdrachtgever ervoor kiest de verzorging zelf of elders te regelen, wordt het bedrag voor de resterende, niet-afgenomen dagen na overdracht terugbetaald.</w:t>
      </w:r>
    </w:p>
    <w:p w:rsidR="1CAA09BC" w:rsidP="43250E97" w:rsidRDefault="1CAA09BC" w14:paraId="6654ACDE" w14:textId="26123E7F">
      <w:pPr>
        <w:spacing w:before="240" w:beforeAutospacing="off" w:after="240" w:afterAutospacing="off"/>
        <w:rPr>
          <w:rFonts w:ascii="Cambria" w:hAnsi="Cambria" w:eastAsia="Cambria" w:cs="Cambria"/>
          <w:noProof w:val="0"/>
          <w:sz w:val="22"/>
          <w:szCs w:val="22"/>
          <w:lang w:val="en-US"/>
        </w:rPr>
      </w:pPr>
    </w:p>
    <w:p w:rsidR="1CAA09BC" w:rsidP="1CAA09BC" w:rsidRDefault="1CAA09BC" w14:paraId="3912975E" w14:textId="6559344C">
      <w:pPr>
        <w:spacing w:before="240" w:beforeAutospacing="off" w:after="240" w:afterAutospacing="off"/>
      </w:pPr>
      <w:r w:rsidRPr="43250E97" w:rsidR="01BA033C">
        <w:rPr>
          <w:rFonts w:ascii="Cambria" w:hAnsi="Cambria" w:eastAsia="Cambria" w:cs="Cambria"/>
          <w:b w:val="1"/>
          <w:bCs w:val="1"/>
          <w:noProof w:val="0"/>
          <w:sz w:val="22"/>
          <w:szCs w:val="22"/>
          <w:lang w:val="en-US"/>
        </w:rPr>
        <w:t>Artikel 11 Annuleren en/of wijzigen door de opdrachtgever</w:t>
      </w:r>
    </w:p>
    <w:p w:rsidR="1CAA09BC" w:rsidP="1CAA09BC" w:rsidRDefault="1CAA09BC" w14:paraId="05ABBF83" w14:textId="6DE9253D">
      <w:pPr>
        <w:spacing w:before="240" w:beforeAutospacing="off" w:after="240" w:afterAutospacing="off"/>
      </w:pPr>
      <w:r w:rsidRPr="43250E97" w:rsidR="01BA033C">
        <w:rPr>
          <w:rFonts w:ascii="Cambria" w:hAnsi="Cambria" w:eastAsia="Cambria" w:cs="Cambria"/>
          <w:b w:val="1"/>
          <w:bCs w:val="1"/>
          <w:noProof w:val="0"/>
          <w:sz w:val="22"/>
          <w:szCs w:val="22"/>
          <w:lang w:val="en-US"/>
        </w:rPr>
        <w:t>11.1 Annuleren buiten schoolvakantieperiodes (regio Midden-Nederland)</w:t>
      </w:r>
    </w:p>
    <w:p w:rsidR="1CAA09BC" w:rsidP="1CAA09BC" w:rsidRDefault="1CAA09BC" w14:paraId="7F44FAB5" w14:textId="16464DB3">
      <w:pPr>
        <w:spacing w:before="240" w:beforeAutospacing="off" w:after="240" w:afterAutospacing="off"/>
      </w:pPr>
      <w:r w:rsidRPr="43250E97" w:rsidR="01BA033C">
        <w:rPr>
          <w:rFonts w:ascii="Cambria" w:hAnsi="Cambria" w:eastAsia="Cambria" w:cs="Cambria"/>
          <w:noProof w:val="0"/>
          <w:sz w:val="22"/>
          <w:szCs w:val="22"/>
          <w:lang w:val="en-US"/>
        </w:rPr>
        <w:t>Bij annulering van een volledig geboekte oppasperiode gelden de volgende voorwaarden:</w:t>
      </w:r>
    </w:p>
    <w:p w:rsidR="1CAA09BC" w:rsidP="43250E97" w:rsidRDefault="1CAA09BC" w14:paraId="2932BC77" w14:textId="39CB4674">
      <w:pPr>
        <w:pStyle w:val="ListParagraph"/>
        <w:numPr>
          <w:ilvl w:val="0"/>
          <w:numId w:val="36"/>
        </w:numPr>
        <w:spacing w:before="240" w:beforeAutospacing="off" w:after="240" w:afterAutospacing="off"/>
        <w:rPr>
          <w:rFonts w:ascii="Cambria" w:hAnsi="Cambria" w:eastAsia="Cambria" w:cs="Cambria"/>
          <w:noProof w:val="0"/>
          <w:sz w:val="22"/>
          <w:szCs w:val="22"/>
          <w:lang w:val="en-US"/>
        </w:rPr>
      </w:pPr>
      <w:r w:rsidRPr="43250E97" w:rsidR="01BA033C">
        <w:rPr>
          <w:rFonts w:ascii="Cambria" w:hAnsi="Cambria" w:eastAsia="Cambria" w:cs="Cambria"/>
          <w:b w:val="1"/>
          <w:bCs w:val="1"/>
          <w:noProof w:val="0"/>
          <w:sz w:val="22"/>
          <w:szCs w:val="22"/>
          <w:lang w:val="en-US"/>
        </w:rPr>
        <w:t>Meer dan 7 dagen vóór aanvang:</w:t>
      </w:r>
      <w:r w:rsidRPr="43250E97" w:rsidR="01BA033C">
        <w:rPr>
          <w:rFonts w:ascii="Cambria" w:hAnsi="Cambria" w:eastAsia="Cambria" w:cs="Cambria"/>
          <w:noProof w:val="0"/>
          <w:sz w:val="22"/>
          <w:szCs w:val="22"/>
          <w:lang w:val="en-US"/>
        </w:rPr>
        <w:t xml:space="preserve"> kosteloos annuleren.</w:t>
      </w:r>
    </w:p>
    <w:p w:rsidR="1CAA09BC" w:rsidP="43250E97" w:rsidRDefault="1CAA09BC" w14:paraId="12B225A0" w14:textId="0A787F75">
      <w:pPr>
        <w:pStyle w:val="ListParagraph"/>
        <w:numPr>
          <w:ilvl w:val="0"/>
          <w:numId w:val="36"/>
        </w:numPr>
        <w:spacing w:before="240" w:beforeAutospacing="off" w:after="240" w:afterAutospacing="off"/>
        <w:rPr>
          <w:rFonts w:ascii="Cambria" w:hAnsi="Cambria" w:eastAsia="Cambria" w:cs="Cambria"/>
          <w:noProof w:val="0"/>
          <w:sz w:val="22"/>
          <w:szCs w:val="22"/>
          <w:lang w:val="en-US"/>
        </w:rPr>
      </w:pPr>
      <w:r w:rsidRPr="43250E97" w:rsidR="01BA033C">
        <w:rPr>
          <w:rFonts w:ascii="Cambria" w:hAnsi="Cambria" w:eastAsia="Cambria" w:cs="Cambria"/>
          <w:b w:val="1"/>
          <w:bCs w:val="1"/>
          <w:noProof w:val="0"/>
          <w:sz w:val="22"/>
          <w:szCs w:val="22"/>
          <w:lang w:val="en-US"/>
        </w:rPr>
        <w:t>2 tot en met 7 dagen vóór aanvang:</w:t>
      </w:r>
      <w:r w:rsidRPr="43250E97" w:rsidR="01BA033C">
        <w:rPr>
          <w:rFonts w:ascii="Cambria" w:hAnsi="Cambria" w:eastAsia="Cambria" w:cs="Cambria"/>
          <w:noProof w:val="0"/>
          <w:sz w:val="22"/>
          <w:szCs w:val="22"/>
          <w:lang w:val="en-US"/>
        </w:rPr>
        <w:t xml:space="preserve"> 25% van de totale kosten blijft verschuldigd.</w:t>
      </w:r>
    </w:p>
    <w:p w:rsidR="1CAA09BC" w:rsidP="43250E97" w:rsidRDefault="1CAA09BC" w14:paraId="70CB54B8" w14:textId="20B01261">
      <w:pPr>
        <w:pStyle w:val="ListParagraph"/>
        <w:numPr>
          <w:ilvl w:val="0"/>
          <w:numId w:val="36"/>
        </w:numPr>
        <w:spacing w:before="240" w:beforeAutospacing="off" w:after="240" w:afterAutospacing="off"/>
        <w:rPr>
          <w:rFonts w:ascii="Cambria" w:hAnsi="Cambria" w:eastAsia="Cambria" w:cs="Cambria"/>
          <w:noProof w:val="0"/>
          <w:sz w:val="22"/>
          <w:szCs w:val="22"/>
          <w:lang w:val="en-US"/>
        </w:rPr>
      </w:pPr>
      <w:r w:rsidRPr="43250E97" w:rsidR="01BA033C">
        <w:rPr>
          <w:rFonts w:ascii="Cambria" w:hAnsi="Cambria" w:eastAsia="Cambria" w:cs="Cambria"/>
          <w:b w:val="1"/>
          <w:bCs w:val="1"/>
          <w:noProof w:val="0"/>
          <w:sz w:val="22"/>
          <w:szCs w:val="22"/>
          <w:lang w:val="en-US"/>
        </w:rPr>
        <w:t>Minder dan 2 dagen vóór aanvang:</w:t>
      </w:r>
      <w:r w:rsidRPr="43250E97" w:rsidR="01BA033C">
        <w:rPr>
          <w:rFonts w:ascii="Cambria" w:hAnsi="Cambria" w:eastAsia="Cambria" w:cs="Cambria"/>
          <w:noProof w:val="0"/>
          <w:sz w:val="22"/>
          <w:szCs w:val="22"/>
          <w:lang w:val="en-US"/>
        </w:rPr>
        <w:t xml:space="preserve"> 100% van de totale kosten blijft verschuldigd.</w:t>
      </w:r>
    </w:p>
    <w:p w:rsidR="1CAA09BC" w:rsidP="43250E97" w:rsidRDefault="1CAA09BC" w14:paraId="7297583D" w14:textId="413C8B2E">
      <w:pPr>
        <w:pStyle w:val="ListParagraph"/>
        <w:numPr>
          <w:ilvl w:val="0"/>
          <w:numId w:val="36"/>
        </w:numPr>
        <w:spacing w:before="240" w:beforeAutospacing="off" w:after="240" w:afterAutospacing="off"/>
        <w:rPr>
          <w:rFonts w:ascii="Cambria" w:hAnsi="Cambria" w:eastAsia="Cambria" w:cs="Cambria"/>
          <w:noProof w:val="0"/>
          <w:sz w:val="22"/>
          <w:szCs w:val="22"/>
          <w:lang w:val="en-US"/>
        </w:rPr>
      </w:pPr>
      <w:r w:rsidRPr="43250E97" w:rsidR="01BA033C">
        <w:rPr>
          <w:rFonts w:ascii="Cambria" w:hAnsi="Cambria" w:eastAsia="Cambria" w:cs="Cambria"/>
          <w:b w:val="1"/>
          <w:bCs w:val="1"/>
          <w:noProof w:val="0"/>
          <w:sz w:val="22"/>
          <w:szCs w:val="22"/>
          <w:lang w:val="en-US"/>
        </w:rPr>
        <w:t>Vanaf aanvang van de oppasperiode:</w:t>
      </w:r>
      <w:r w:rsidRPr="43250E97" w:rsidR="01BA033C">
        <w:rPr>
          <w:rFonts w:ascii="Cambria" w:hAnsi="Cambria" w:eastAsia="Cambria" w:cs="Cambria"/>
          <w:noProof w:val="0"/>
          <w:sz w:val="22"/>
          <w:szCs w:val="22"/>
          <w:lang w:val="en-US"/>
        </w:rPr>
        <w:t xml:space="preserve"> 100% van de totale kosten blijft verschuldigd.</w:t>
      </w:r>
    </w:p>
    <w:p w:rsidR="1CAA09BC" w:rsidP="43250E97" w:rsidRDefault="1CAA09BC" w14:paraId="3188D1A6" w14:textId="53B37347">
      <w:pPr>
        <w:spacing w:before="240" w:beforeAutospacing="off" w:after="240" w:afterAutospacing="off"/>
        <w:rPr>
          <w:rFonts w:ascii="Cambria" w:hAnsi="Cambria" w:eastAsia="Cambria" w:cs="Cambria"/>
          <w:b w:val="1"/>
          <w:bCs w:val="1"/>
          <w:noProof w:val="0"/>
          <w:sz w:val="22"/>
          <w:szCs w:val="22"/>
          <w:lang w:val="en-US"/>
        </w:rPr>
      </w:pPr>
    </w:p>
    <w:p w:rsidR="1CAA09BC" w:rsidP="43250E97" w:rsidRDefault="1CAA09BC" w14:paraId="7DF1CD9A" w14:textId="3D4285CB">
      <w:pPr>
        <w:spacing w:before="240" w:beforeAutospacing="off" w:after="240" w:afterAutospacing="off"/>
        <w:rPr>
          <w:rFonts w:ascii="Cambria" w:hAnsi="Cambria" w:eastAsia="Cambria" w:cs="Cambria"/>
          <w:b w:val="1"/>
          <w:bCs w:val="1"/>
          <w:noProof w:val="0"/>
          <w:sz w:val="22"/>
          <w:szCs w:val="22"/>
          <w:lang w:val="en-US"/>
        </w:rPr>
      </w:pPr>
    </w:p>
    <w:p w:rsidR="1CAA09BC" w:rsidP="1CAA09BC" w:rsidRDefault="1CAA09BC" w14:paraId="720A7E40" w14:textId="3D127B64">
      <w:pPr>
        <w:spacing w:before="240" w:beforeAutospacing="off" w:after="240" w:afterAutospacing="off"/>
      </w:pPr>
      <w:r w:rsidRPr="43250E97" w:rsidR="01BA033C">
        <w:rPr>
          <w:rFonts w:ascii="Cambria" w:hAnsi="Cambria" w:eastAsia="Cambria" w:cs="Cambria"/>
          <w:b w:val="1"/>
          <w:bCs w:val="1"/>
          <w:noProof w:val="0"/>
          <w:sz w:val="22"/>
          <w:szCs w:val="22"/>
          <w:lang w:val="en-US"/>
        </w:rPr>
        <w:t>11.2 Wijzigen of inkorten van de oppasperiode</w:t>
      </w:r>
    </w:p>
    <w:p w:rsidR="1CAA09BC" w:rsidP="1CAA09BC" w:rsidRDefault="1CAA09BC" w14:paraId="29AEA99E" w14:textId="047239DB">
      <w:pPr>
        <w:spacing w:before="240" w:beforeAutospacing="off" w:after="240" w:afterAutospacing="off"/>
      </w:pPr>
      <w:r w:rsidRPr="43250E97" w:rsidR="01BA033C">
        <w:rPr>
          <w:rFonts w:ascii="Cambria" w:hAnsi="Cambria" w:eastAsia="Cambria" w:cs="Cambria"/>
          <w:noProof w:val="0"/>
          <w:sz w:val="22"/>
          <w:szCs w:val="22"/>
          <w:lang w:val="en-US"/>
        </w:rPr>
        <w:t>Wanneer de opdrachtgever de afgesproken oppasperiode binnen 7 dagen vóór aanvang verkort of wijzigt, vindt geen verrekening of terugbetaling plaats. Het oorspronkelijk overeengekomen bedrag voor de bevestigde oppasperiode blijft volledig verschuldigd.</w:t>
      </w:r>
    </w:p>
    <w:p w:rsidR="1CAA09BC" w:rsidP="1CAA09BC" w:rsidRDefault="1CAA09BC" w14:paraId="260D64E2" w14:textId="0042014B">
      <w:pPr>
        <w:spacing w:before="240" w:beforeAutospacing="off" w:after="240" w:afterAutospacing="off"/>
      </w:pPr>
      <w:r w:rsidRPr="43250E97" w:rsidR="01BA033C">
        <w:rPr>
          <w:rFonts w:ascii="Cambria" w:hAnsi="Cambria" w:eastAsia="Cambria" w:cs="Cambria"/>
          <w:noProof w:val="0"/>
          <w:sz w:val="22"/>
          <w:szCs w:val="22"/>
          <w:lang w:val="en-US"/>
        </w:rPr>
        <w:t>Dit geldt onder andere wanneer de opdrachtgever later vertrekt of eerder thuiskomt dan oorspronkelijk afgesproken.</w:t>
      </w:r>
    </w:p>
    <w:p w:rsidR="1CAA09BC" w:rsidP="1CAA09BC" w:rsidRDefault="1CAA09BC" w14:paraId="0806F0A3" w14:textId="433EEAFF">
      <w:pPr>
        <w:spacing w:before="240" w:beforeAutospacing="off" w:after="240" w:afterAutospacing="off"/>
      </w:pPr>
      <w:r w:rsidRPr="43250E97" w:rsidR="01BA033C">
        <w:rPr>
          <w:rFonts w:ascii="Cambria" w:hAnsi="Cambria" w:eastAsia="Cambria" w:cs="Cambria"/>
          <w:b w:val="1"/>
          <w:bCs w:val="1"/>
          <w:noProof w:val="0"/>
          <w:sz w:val="22"/>
          <w:szCs w:val="22"/>
          <w:lang w:val="en-US"/>
        </w:rPr>
        <w:t>11.3 Annuleren tijdens schoolvakantieperiodes (regio Midden-Nederland)</w:t>
      </w:r>
    </w:p>
    <w:p w:rsidR="1CAA09BC" w:rsidP="1CAA09BC" w:rsidRDefault="1CAA09BC" w14:paraId="14B615E4" w14:textId="3BBB93D3">
      <w:pPr>
        <w:spacing w:before="240" w:beforeAutospacing="off" w:after="240" w:afterAutospacing="off"/>
      </w:pPr>
      <w:r w:rsidRPr="43250E97" w:rsidR="01BA033C">
        <w:rPr>
          <w:rFonts w:ascii="Cambria" w:hAnsi="Cambria" w:eastAsia="Cambria" w:cs="Cambria"/>
          <w:noProof w:val="0"/>
          <w:sz w:val="22"/>
          <w:szCs w:val="22"/>
          <w:lang w:val="en-US"/>
        </w:rPr>
        <w:t>Voor alle boekingen tijdens schoolvakantieperiodes geldt dat bij annulering het volledige bedrag van de geboekte oppasperiode verschuldigd blijft, ongeacht het moment van annuleren.</w:t>
      </w:r>
    </w:p>
    <w:p w:rsidR="1CAA09BC" w:rsidP="1CAA09BC" w:rsidRDefault="1CAA09BC" w14:paraId="63EFC616" w14:textId="35906083">
      <w:pPr>
        <w:spacing w:before="240" w:beforeAutospacing="off" w:after="240" w:afterAutospacing="off"/>
      </w:pPr>
      <w:r w:rsidRPr="43250E97" w:rsidR="01BA033C">
        <w:rPr>
          <w:rFonts w:ascii="Cambria" w:hAnsi="Cambria" w:eastAsia="Cambria" w:cs="Cambria"/>
          <w:noProof w:val="0"/>
          <w:sz w:val="22"/>
          <w:szCs w:val="22"/>
          <w:lang w:val="en-US"/>
        </w:rPr>
        <w:t>Deze regeling is van toepassing vanwege de beperkte beschikbaarheid tijdens schoolvakantieperiodes en de gevolgen van annuleringen voor de planning.</w:t>
      </w:r>
    </w:p>
    <w:p w:rsidR="1CAA09BC" w:rsidP="1CAA09BC" w:rsidRDefault="1CAA09BC" w14:paraId="2BF2AE65" w14:textId="1E064C5F">
      <w:pPr>
        <w:spacing w:before="240" w:beforeAutospacing="off" w:after="240" w:afterAutospacing="off"/>
      </w:pPr>
      <w:r w:rsidRPr="43250E97" w:rsidR="01BA033C">
        <w:rPr>
          <w:rFonts w:ascii="Cambria" w:hAnsi="Cambria" w:eastAsia="Cambria" w:cs="Cambria"/>
          <w:noProof w:val="0"/>
          <w:sz w:val="22"/>
          <w:szCs w:val="22"/>
          <w:lang w:val="en-US"/>
        </w:rPr>
        <w:t>Bij bijzondere omstandigheden, zoals ziekte of overlijden van de opdrachtgever of het huisdier, kan de opdrachtgever contact opnemen met Kattenoppas Mimi. In dergelijke situaties kan naar eigen beoordeling coulance worden verleend.</w:t>
      </w:r>
    </w:p>
    <w:p w:rsidR="1CAA09BC" w:rsidP="1CAA09BC" w:rsidRDefault="1CAA09BC" w14:paraId="271675BA" w14:textId="28AD1991">
      <w:pPr>
        <w:spacing w:before="240" w:beforeAutospacing="off" w:after="240" w:afterAutospacing="off"/>
        <w:rPr>
          <w:rFonts w:ascii="Cambria" w:hAnsi="Cambria" w:eastAsia="Cambria" w:cs="Cambria"/>
          <w:noProof w:val="0"/>
          <w:sz w:val="22"/>
          <w:szCs w:val="22"/>
          <w:lang w:val="en-US"/>
        </w:rPr>
      </w:pPr>
    </w:p>
    <w:p w:rsidR="16CD6BC9" w:rsidP="2EBDFBAD" w:rsidRDefault="16CD6BC9" w14:paraId="6C89F12C" w14:textId="1A6803FD">
      <w:pPr>
        <w:spacing w:before="240" w:beforeAutospacing="off" w:after="240" w:afterAutospacing="off"/>
      </w:pPr>
      <w:r w:rsidRPr="43250E97" w:rsidR="55D9EC2D">
        <w:rPr>
          <w:rFonts w:ascii="Cambria" w:hAnsi="Cambria" w:eastAsia="Cambria" w:cs="Cambria"/>
          <w:noProof w:val="0"/>
          <w:sz w:val="22"/>
          <w:szCs w:val="22"/>
          <w:lang w:val="en-US"/>
        </w:rPr>
        <w:t xml:space="preserve"> </w:t>
      </w:r>
    </w:p>
    <w:p w:rsidR="62289406" w:rsidP="43250E97" w:rsidRDefault="62289406" w14:paraId="3E638923" w14:textId="056256F9">
      <w:pPr>
        <w:spacing w:before="240" w:beforeAutospacing="off" w:after="240" w:afterAutospacing="off"/>
      </w:pPr>
      <w:r w:rsidRPr="43250E97" w:rsidR="62289406">
        <w:rPr>
          <w:rFonts w:ascii="Cambria" w:hAnsi="Cambria" w:eastAsia="Cambria" w:cs="Cambria"/>
          <w:noProof w:val="0"/>
          <w:sz w:val="22"/>
          <w:szCs w:val="22"/>
          <w:lang w:val="en-US"/>
        </w:rPr>
        <w:t>Op de gesloten overeenkomst is het Nederlands recht van toepassing.</w:t>
      </w:r>
    </w:p>
    <w:p w:rsidR="62289406" w:rsidP="43250E97" w:rsidRDefault="62289406" w14:paraId="274C8060" w14:textId="72869888">
      <w:pPr>
        <w:spacing w:before="240" w:beforeAutospacing="off" w:after="240" w:afterAutospacing="off"/>
      </w:pPr>
      <w:r w:rsidRPr="43250E97" w:rsidR="62289406">
        <w:rPr>
          <w:rFonts w:ascii="Cambria" w:hAnsi="Cambria" w:eastAsia="Cambria" w:cs="Cambria"/>
          <w:b w:val="1"/>
          <w:bCs w:val="1"/>
          <w:noProof w:val="0"/>
          <w:sz w:val="22"/>
          <w:szCs w:val="22"/>
          <w:lang w:val="en-US"/>
        </w:rPr>
        <w:t>Kattenoppas Mimi</w:t>
      </w:r>
    </w:p>
    <w:p w:rsidR="62289406" w:rsidP="43250E97" w:rsidRDefault="62289406" w14:paraId="05837FEA" w14:textId="086BDA9E">
      <w:pPr>
        <w:spacing w:before="240" w:beforeAutospacing="off" w:after="240" w:afterAutospacing="off"/>
      </w:pPr>
      <w:r w:rsidRPr="43250E97" w:rsidR="62289406">
        <w:rPr>
          <w:rFonts w:ascii="Cambria" w:hAnsi="Cambria" w:eastAsia="Cambria" w:cs="Cambria"/>
          <w:noProof w:val="0"/>
          <w:sz w:val="22"/>
          <w:szCs w:val="22"/>
          <w:lang w:val="en-US"/>
        </w:rPr>
        <w:t>KvK: 91051959</w:t>
      </w:r>
    </w:p>
    <w:p w:rsidR="62289406" w:rsidP="43250E97" w:rsidRDefault="62289406" w14:paraId="611FB372" w14:textId="4CEF353A">
      <w:pPr>
        <w:spacing w:before="240" w:beforeAutospacing="off" w:after="240" w:afterAutospacing="off"/>
      </w:pPr>
      <w:r w:rsidRPr="43250E97" w:rsidR="62289406">
        <w:rPr>
          <w:rFonts w:ascii="Cambria" w:hAnsi="Cambria" w:eastAsia="Cambria" w:cs="Cambria"/>
          <w:noProof w:val="0"/>
          <w:sz w:val="22"/>
          <w:szCs w:val="22"/>
          <w:lang w:val="en-US"/>
        </w:rPr>
        <w:t xml:space="preserve">Deze Algemene Voorwaarden zijn opgemaakt te Hellevoetsluis en treden in werking per </w:t>
      </w:r>
      <w:r w:rsidRPr="43250E97" w:rsidR="62289406">
        <w:rPr>
          <w:rFonts w:ascii="Cambria" w:hAnsi="Cambria" w:eastAsia="Cambria" w:cs="Cambria"/>
          <w:b w:val="1"/>
          <w:bCs w:val="1"/>
          <w:noProof w:val="0"/>
          <w:sz w:val="22"/>
          <w:szCs w:val="22"/>
          <w:lang w:val="en-US"/>
        </w:rPr>
        <w:t>1 september 2026</w:t>
      </w:r>
      <w:r w:rsidRPr="43250E97" w:rsidR="62289406">
        <w:rPr>
          <w:rFonts w:ascii="Cambria" w:hAnsi="Cambria" w:eastAsia="Cambria" w:cs="Cambria"/>
          <w:noProof w:val="0"/>
          <w:sz w:val="22"/>
          <w:szCs w:val="22"/>
          <w:lang w:val="en-US"/>
        </w:rPr>
        <w:t>.</w:t>
      </w:r>
    </w:p>
    <w:p w:rsidR="62289406" w:rsidP="43250E97" w:rsidRDefault="62289406" w14:paraId="17F69E07" w14:textId="541C8FED">
      <w:pPr>
        <w:spacing w:before="240" w:beforeAutospacing="off" w:after="240" w:afterAutospacing="off"/>
      </w:pPr>
      <w:r w:rsidRPr="43250E97" w:rsidR="62289406">
        <w:rPr>
          <w:rFonts w:ascii="Cambria" w:hAnsi="Cambria" w:eastAsia="Cambria" w:cs="Cambria"/>
          <w:noProof w:val="0"/>
          <w:sz w:val="22"/>
          <w:szCs w:val="22"/>
          <w:lang w:val="en-US"/>
        </w:rPr>
        <w:t xml:space="preserve">Deze Algemene Voorwaarden (versie 01-09-2026) zijn van toepassing op alle overeenkomsten die vanaf </w:t>
      </w:r>
      <w:r w:rsidRPr="43250E97" w:rsidR="62289406">
        <w:rPr>
          <w:rFonts w:ascii="Cambria" w:hAnsi="Cambria" w:eastAsia="Cambria" w:cs="Cambria"/>
          <w:b w:val="1"/>
          <w:bCs w:val="1"/>
          <w:noProof w:val="0"/>
          <w:sz w:val="22"/>
          <w:szCs w:val="22"/>
          <w:lang w:val="en-US"/>
        </w:rPr>
        <w:t>1 september 2026</w:t>
      </w:r>
      <w:r w:rsidRPr="43250E97" w:rsidR="62289406">
        <w:rPr>
          <w:rFonts w:ascii="Cambria" w:hAnsi="Cambria" w:eastAsia="Cambria" w:cs="Cambria"/>
          <w:noProof w:val="0"/>
          <w:sz w:val="22"/>
          <w:szCs w:val="22"/>
          <w:lang w:val="en-US"/>
        </w:rPr>
        <w:t xml:space="preserve"> zijn overeengekomen.</w:t>
      </w:r>
    </w:p>
    <w:p w:rsidR="62289406" w:rsidP="43250E97" w:rsidRDefault="62289406" w14:paraId="49CFCF1A" w14:textId="11D264D8">
      <w:pPr>
        <w:spacing w:before="240" w:beforeAutospacing="off" w:after="240" w:afterAutospacing="off"/>
      </w:pPr>
      <w:r w:rsidRPr="43250E97" w:rsidR="62289406">
        <w:rPr>
          <w:rFonts w:ascii="Cambria" w:hAnsi="Cambria" w:eastAsia="Cambria" w:cs="Cambria"/>
          <w:noProof w:val="0"/>
          <w:sz w:val="22"/>
          <w:szCs w:val="22"/>
          <w:lang w:val="en-US"/>
        </w:rPr>
        <w:t>Voor overeenkomsten die vóór 1 september 2026 zijn overeengekomen, blijft de versie van de Algemene Voorwaarden van toepassing die gold op het moment waarop de betreffende overeenkomst tot stand is gekomen.</w:t>
      </w:r>
    </w:p>
    <w:p w:rsidR="43250E97" w:rsidP="43250E97" w:rsidRDefault="43250E97" w14:paraId="5D428C7A" w14:textId="6CD8E583">
      <w:pPr>
        <w:spacing w:before="240" w:beforeAutospacing="off" w:after="240" w:afterAutospacing="off"/>
        <w:rPr>
          <w:rFonts w:ascii="Cambria" w:hAnsi="Cambria" w:eastAsia="Cambria" w:cs="Cambria"/>
          <w:noProof w:val="0"/>
          <w:sz w:val="22"/>
          <w:szCs w:val="22"/>
          <w:lang w:val="en-US"/>
        </w:rPr>
      </w:pPr>
    </w:p>
    <w:p w:rsidR="2EBDFBAD" w:rsidRDefault="2EBDFBAD" w14:paraId="30BBF9B3" w14:textId="685A8013"/>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35">
    <w:nsid w:val="69aa7b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98f2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cf7d0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07ebd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d2656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b31e6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c45ab3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4321c3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68d004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7e3f46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38907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c41ec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4f9eb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febfa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383a1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b6fd3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cfa98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ab37a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9d3bf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e1d4f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d3d39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18781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882c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4fe2d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bde14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lowerRoman"/>
      <w:lvlText w:val="%3."/>
      <w:lvlJc w:val="right"/>
      <w:pPr>
        <w:ind w:left="2160" w:hanging="180"/>
      </w:pPr>
      <w:rPr/>
    </w:lvl>
    <w:lvl xmlns:w="http://schemas.openxmlformats.org/wordprocessingml/2006/main" w:ilvl="3">
      <w:start w:val="1"/>
      <w:numFmt w:val="decimal"/>
      <w:lvlText w:val="%4."/>
      <w:lvlJc w:val="left"/>
      <w:pPr>
        <w:ind w:left="2880" w:hanging="360"/>
      </w:pPr>
      <w:rPr/>
    </w:lvl>
    <w:lvl xmlns:w="http://schemas.openxmlformats.org/wordprocessingml/2006/main" w:ilvl="4">
      <w:start w:val="1"/>
      <w:numFmt w:val="lowerLetter"/>
      <w:lvlText w:val="%5."/>
      <w:lvlJc w:val="left"/>
      <w:pPr>
        <w:ind w:left="3600" w:hanging="360"/>
      </w:pPr>
      <w:rPr/>
    </w:lvl>
    <w:lvl xmlns:w="http://schemas.openxmlformats.org/wordprocessingml/2006/main" w:ilvl="5">
      <w:start w:val="1"/>
      <w:numFmt w:val="lowerRoman"/>
      <w:lvlText w:val="%6."/>
      <w:lvlJc w:val="right"/>
      <w:pPr>
        <w:ind w:left="4320" w:hanging="180"/>
      </w:pPr>
      <w:rPr/>
    </w:lvl>
    <w:lvl xmlns:w="http://schemas.openxmlformats.org/wordprocessingml/2006/main" w:ilvl="6">
      <w:start w:val="1"/>
      <w:numFmt w:val="decimal"/>
      <w:lvlText w:val="%7."/>
      <w:lvlJc w:val="left"/>
      <w:pPr>
        <w:ind w:left="5040" w:hanging="360"/>
      </w:pPr>
      <w:rPr/>
    </w:lvl>
    <w:lvl xmlns:w="http://schemas.openxmlformats.org/wordprocessingml/2006/main" w:ilvl="7">
      <w:start w:val="1"/>
      <w:numFmt w:val="lowerLetter"/>
      <w:lvlText w:val="%8."/>
      <w:lvlJc w:val="left"/>
      <w:pPr>
        <w:ind w:left="5760" w:hanging="360"/>
      </w:pPr>
      <w:rPr/>
    </w:lvl>
    <w:lvl xmlns:w="http://schemas.openxmlformats.org/wordprocessingml/2006/main" w:ilvl="8">
      <w:start w:val="1"/>
      <w:numFmt w:val="lowerRoman"/>
      <w:lvlText w:val="%9."/>
      <w:lvlJc w:val="right"/>
      <w:pPr>
        <w:ind w:left="6480" w:hanging="180"/>
      </w:pPr>
      <w:rPr/>
    </w:lvl>
  </w:abstractNum>
  <w:abstractNum xmlns:w="http://schemas.openxmlformats.org/wordprocessingml/2006/main" w:abstractNumId="10">
    <w:nsid w:val="70d4492b"/>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98e48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BA033C"/>
    <w:rsid w:val="039802B5"/>
    <w:rsid w:val="079E2499"/>
    <w:rsid w:val="08206C9F"/>
    <w:rsid w:val="0C2B3E0D"/>
    <w:rsid w:val="0CD3E9C3"/>
    <w:rsid w:val="0D8A0440"/>
    <w:rsid w:val="0FD2B1D5"/>
    <w:rsid w:val="1182BA29"/>
    <w:rsid w:val="126B48EE"/>
    <w:rsid w:val="143173EA"/>
    <w:rsid w:val="16219020"/>
    <w:rsid w:val="16CD6BC9"/>
    <w:rsid w:val="1777BED7"/>
    <w:rsid w:val="1A9BA99C"/>
    <w:rsid w:val="1BF50919"/>
    <w:rsid w:val="1C55873E"/>
    <w:rsid w:val="1CAA09BC"/>
    <w:rsid w:val="1E3771C7"/>
    <w:rsid w:val="1F651736"/>
    <w:rsid w:val="200229A8"/>
    <w:rsid w:val="201C09E4"/>
    <w:rsid w:val="20562B75"/>
    <w:rsid w:val="206814DD"/>
    <w:rsid w:val="21F4BEDB"/>
    <w:rsid w:val="22D91625"/>
    <w:rsid w:val="23B5F123"/>
    <w:rsid w:val="2438EE92"/>
    <w:rsid w:val="273AC26B"/>
    <w:rsid w:val="27EEF45B"/>
    <w:rsid w:val="2AE04BE3"/>
    <w:rsid w:val="2B72AF5B"/>
    <w:rsid w:val="2EBDFBAD"/>
    <w:rsid w:val="2F290426"/>
    <w:rsid w:val="2F7BA6D2"/>
    <w:rsid w:val="307D1B85"/>
    <w:rsid w:val="310235AA"/>
    <w:rsid w:val="322CCCA9"/>
    <w:rsid w:val="32902FAC"/>
    <w:rsid w:val="337FD4B3"/>
    <w:rsid w:val="350CB8BF"/>
    <w:rsid w:val="3592A7EF"/>
    <w:rsid w:val="35EE237D"/>
    <w:rsid w:val="36DF7904"/>
    <w:rsid w:val="37785DCE"/>
    <w:rsid w:val="37F176E9"/>
    <w:rsid w:val="38DC0B2D"/>
    <w:rsid w:val="3F29A32B"/>
    <w:rsid w:val="404ADED5"/>
    <w:rsid w:val="40AD6511"/>
    <w:rsid w:val="40E62C1D"/>
    <w:rsid w:val="41554062"/>
    <w:rsid w:val="43250E97"/>
    <w:rsid w:val="46A2E110"/>
    <w:rsid w:val="46E7EE47"/>
    <w:rsid w:val="490DF1FA"/>
    <w:rsid w:val="4AB6C8A8"/>
    <w:rsid w:val="4B3F9354"/>
    <w:rsid w:val="4BADC8A1"/>
    <w:rsid w:val="4BD5D1BF"/>
    <w:rsid w:val="4C6830A4"/>
    <w:rsid w:val="4DE821AB"/>
    <w:rsid w:val="4F175944"/>
    <w:rsid w:val="500E2D19"/>
    <w:rsid w:val="5020CFCA"/>
    <w:rsid w:val="511B5019"/>
    <w:rsid w:val="51752983"/>
    <w:rsid w:val="53A6B949"/>
    <w:rsid w:val="549B4AEA"/>
    <w:rsid w:val="55D9EC2D"/>
    <w:rsid w:val="56557738"/>
    <w:rsid w:val="5704C6E3"/>
    <w:rsid w:val="5740919E"/>
    <w:rsid w:val="593EBFC7"/>
    <w:rsid w:val="5973F240"/>
    <w:rsid w:val="5B470CDF"/>
    <w:rsid w:val="5EF4F961"/>
    <w:rsid w:val="618FC67D"/>
    <w:rsid w:val="61FEAB95"/>
    <w:rsid w:val="62289406"/>
    <w:rsid w:val="62C665DB"/>
    <w:rsid w:val="63EDB0FD"/>
    <w:rsid w:val="64566CC4"/>
    <w:rsid w:val="659A8989"/>
    <w:rsid w:val="664C4F73"/>
    <w:rsid w:val="6900AE87"/>
    <w:rsid w:val="692F9B18"/>
    <w:rsid w:val="6A69DEF2"/>
    <w:rsid w:val="6AA0D124"/>
    <w:rsid w:val="6AA92841"/>
    <w:rsid w:val="6B742207"/>
    <w:rsid w:val="6B78CCF3"/>
    <w:rsid w:val="6D8A1E6C"/>
    <w:rsid w:val="6DE09B09"/>
    <w:rsid w:val="6DE3C3DC"/>
    <w:rsid w:val="6FF8A894"/>
    <w:rsid w:val="7120F88F"/>
    <w:rsid w:val="71710F20"/>
    <w:rsid w:val="72692327"/>
    <w:rsid w:val="7289117C"/>
    <w:rsid w:val="72CB18D9"/>
    <w:rsid w:val="7559A9E9"/>
    <w:rsid w:val="77E95FBD"/>
    <w:rsid w:val="783508B5"/>
    <w:rsid w:val="7B88F81F"/>
    <w:rsid w:val="7BA6BACB"/>
    <w:rsid w:val="7BA9056C"/>
    <w:rsid w:val="7BF1B3F3"/>
    <w:rsid w:val="7C36BA03"/>
    <w:rsid w:val="7CFF1728"/>
    <w:rsid w:val="7DDB3245"/>
    <w:rsid w:val="7EB69273"/>
    <w:rsid w:val="7EC99400"/>
    <w:rsid w:val="7ED85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1F2F1F18-BD0C-489F-9F4A-7DBF16B5AD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Trea Damen</lastModifiedBy>
  <revision>11</revision>
  <dcterms:created xsi:type="dcterms:W3CDTF">2013-12-23T23:15:00.0000000Z</dcterms:created>
  <dcterms:modified xsi:type="dcterms:W3CDTF">2026-08-30T11:21:01.2398675Z</dcterms:modified>
  <category/>
</coreProperties>
</file>